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69501" w14:textId="77777777" w:rsidR="009342AC" w:rsidRPr="009116DE" w:rsidRDefault="009342AC" w:rsidP="009342AC">
      <w:pPr>
        <w:spacing w:after="320"/>
        <w:jc w:val="center"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noProof/>
          <w:sz w:val="48"/>
          <w:szCs w:val="48"/>
        </w:rPr>
        <w:drawing>
          <wp:inline distT="0" distB="0" distL="0" distR="0" wp14:anchorId="1EF20EE0" wp14:editId="473157C7">
            <wp:extent cx="1624084" cy="1360667"/>
            <wp:effectExtent l="0" t="0" r="0" b="0"/>
            <wp:docPr id="2051983248" name="Picture 2051983248" descr="A close up of a logo&#10;&#10;Description generated with very high confidence">
              <a:extLst xmlns:a="http://schemas.openxmlformats.org/drawingml/2006/main">
                <a:ext uri="{FF2B5EF4-FFF2-40B4-BE49-F238E27FC236}">
                  <a16:creationId xmlns:a16="http://schemas.microsoft.com/office/drawing/2014/main" id="{D94989A4-E80F-4967-90F9-DE87CE6164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5" descr="A close up of a logo&#10;&#10;Description generated with very high confidence">
                      <a:extLst>
                        <a:ext uri="{FF2B5EF4-FFF2-40B4-BE49-F238E27FC236}">
                          <a16:creationId xmlns:a16="http://schemas.microsoft.com/office/drawing/2014/main" id="{D94989A4-E80F-4967-90F9-DE87CE6164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15" t="21834" r="15015" b="21834"/>
                    <a:stretch/>
                  </pic:blipFill>
                  <pic:spPr>
                    <a:xfrm>
                      <a:off x="0" y="0"/>
                      <a:ext cx="1657394" cy="138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F0E06" w14:textId="77777777" w:rsidR="009342AC" w:rsidRPr="009116DE" w:rsidRDefault="009342AC" w:rsidP="009342AC">
      <w:pPr>
        <w:spacing w:after="320"/>
        <w:jc w:val="center"/>
        <w:rPr>
          <w:rFonts w:asciiTheme="majorHAnsi" w:hAnsiTheme="majorHAnsi" w:cstheme="majorHAnsi"/>
          <w:sz w:val="22"/>
          <w:szCs w:val="28"/>
        </w:rPr>
      </w:pPr>
    </w:p>
    <w:p w14:paraId="63E9BAAB" w14:textId="77777777" w:rsidR="009342AC" w:rsidRPr="003078FD" w:rsidRDefault="009342AC" w:rsidP="009342AC">
      <w:pPr>
        <w:pBdr>
          <w:bottom w:val="single" w:sz="14" w:space="4" w:color="00A69C"/>
        </w:pBdr>
        <w:spacing w:after="300"/>
        <w:jc w:val="center"/>
        <w:rPr>
          <w:rFonts w:asciiTheme="majorHAnsi" w:hAnsiTheme="majorHAnsi" w:cstheme="majorHAnsi"/>
          <w:sz w:val="28"/>
          <w:szCs w:val="36"/>
        </w:rPr>
      </w:pPr>
      <w:r w:rsidRPr="003078FD">
        <w:rPr>
          <w:rFonts w:asciiTheme="majorHAnsi" w:hAnsiTheme="majorHAnsi" w:cstheme="majorHAnsi"/>
          <w:b/>
          <w:color w:val="20295A"/>
          <w:sz w:val="44"/>
          <w:szCs w:val="36"/>
        </w:rPr>
        <w:t>2027 ITOPF R&amp;D Award Application Form</w:t>
      </w:r>
    </w:p>
    <w:tbl>
      <w:tblPr>
        <w:tblW w:w="9000" w:type="dxa"/>
        <w:tblBorders>
          <w:top w:val="single" w:sz="8" w:space="0" w:color="00A69C"/>
          <w:left w:val="single" w:sz="8" w:space="0" w:color="00A69C"/>
          <w:bottom w:val="single" w:sz="8" w:space="0" w:color="00A69C"/>
          <w:right w:val="single" w:sz="8" w:space="0" w:color="00A69C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9342AC" w:rsidRPr="003078FD" w14:paraId="6742F7B0" w14:textId="77777777" w:rsidTr="00851D6E">
        <w:tc>
          <w:tcPr>
            <w:tcW w:w="9000" w:type="dxa"/>
            <w:shd w:val="clear" w:color="auto" w:fill="EAF6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8AB1EB2" w14:textId="77777777" w:rsidR="009342AC" w:rsidRPr="003078FD" w:rsidRDefault="009342AC" w:rsidP="00851D6E">
            <w:pPr>
              <w:spacing w:after="0" w:line="276" w:lineRule="auto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3078FD">
              <w:rPr>
                <w:rFonts w:asciiTheme="majorHAnsi" w:hAnsiTheme="majorHAnsi" w:cstheme="majorHAnsi"/>
                <w:b/>
                <w:color w:val="000000"/>
                <w:sz w:val="26"/>
                <w:szCs w:val="26"/>
              </w:rPr>
              <w:t>Complete only the grey fields.</w:t>
            </w:r>
            <w:r w:rsidRPr="003078FD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 xml:space="preserve"> Use plain text; do not paste tables, images or text boxes into response fields.</w:t>
            </w:r>
          </w:p>
          <w:p w14:paraId="6041FA4C" w14:textId="77777777" w:rsidR="003078FD" w:rsidRPr="003078FD" w:rsidRDefault="009342AC" w:rsidP="00851D6E">
            <w:pPr>
              <w:spacing w:after="0" w:line="276" w:lineRule="auto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3078FD">
              <w:rPr>
                <w:rFonts w:asciiTheme="majorHAnsi" w:hAnsiTheme="majorHAnsi" w:cstheme="majorHAnsi"/>
                <w:b/>
                <w:color w:val="000000"/>
                <w:sz w:val="26"/>
                <w:szCs w:val="26"/>
              </w:rPr>
              <w:br/>
            </w:r>
            <w:r w:rsidRPr="003078FD">
              <w:rPr>
                <w:rFonts w:asciiTheme="majorHAnsi" w:hAnsiTheme="majorHAnsi" w:cstheme="majorHAnsi"/>
                <w:b/>
                <w:color w:val="000000"/>
                <w:sz w:val="26"/>
                <w:szCs w:val="26"/>
                <w:u w:val="single"/>
              </w:rPr>
              <w:t>Return this file as a DOCX</w:t>
            </w:r>
            <w:r w:rsidRPr="003078FD">
              <w:rPr>
                <w:rFonts w:asciiTheme="majorHAnsi" w:hAnsiTheme="majorHAnsi" w:cstheme="majorHAnsi"/>
                <w:b/>
                <w:color w:val="000000"/>
                <w:sz w:val="26"/>
                <w:szCs w:val="26"/>
              </w:rPr>
              <w:t>.</w:t>
            </w:r>
            <w:r w:rsidRPr="003078FD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 xml:space="preserve"> Do not convert it to PDF/ODT or alter the question wording.</w:t>
            </w:r>
          </w:p>
          <w:p w14:paraId="77C54DB4" w14:textId="72667922" w:rsidR="009342AC" w:rsidRPr="003078FD" w:rsidRDefault="009342AC" w:rsidP="00851D6E">
            <w:pPr>
              <w:spacing w:after="0" w:line="276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3078FD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br/>
              <w:t>Name supporting files with the project acronym first (for example, ACRONYM_CV_Name.pdf).</w:t>
            </w:r>
          </w:p>
        </w:tc>
      </w:tr>
    </w:tbl>
    <w:p w14:paraId="189E3EA8" w14:textId="5E2C13A5" w:rsidR="009342AC" w:rsidRPr="003078FD" w:rsidRDefault="009342AC" w:rsidP="009342AC">
      <w:pPr>
        <w:spacing w:before="260" w:after="100" w:line="360" w:lineRule="auto"/>
        <w:rPr>
          <w:rFonts w:asciiTheme="majorHAnsi" w:hAnsiTheme="majorHAnsi" w:cstheme="majorHAnsi"/>
          <w:sz w:val="26"/>
          <w:szCs w:val="26"/>
        </w:rPr>
      </w:pPr>
      <w:r w:rsidRPr="003078FD">
        <w:rPr>
          <w:rFonts w:asciiTheme="majorHAnsi" w:hAnsiTheme="majorHAnsi" w:cstheme="majorHAnsi"/>
          <w:b/>
          <w:color w:val="000000"/>
          <w:sz w:val="26"/>
          <w:szCs w:val="26"/>
        </w:rPr>
        <w:t>Required supporting documents</w:t>
      </w:r>
    </w:p>
    <w:p w14:paraId="276D2E5A" w14:textId="77777777" w:rsidR="008E2587" w:rsidRPr="003078FD" w:rsidRDefault="008E2587" w:rsidP="008E2587">
      <w:pPr>
        <w:pStyle w:val="ListBullet"/>
        <w:spacing w:after="50" w:line="360" w:lineRule="auto"/>
        <w:ind w:left="369" w:hanging="170"/>
        <w:rPr>
          <w:rFonts w:asciiTheme="majorHAnsi" w:hAnsiTheme="majorHAnsi" w:cstheme="majorHAnsi"/>
          <w:sz w:val="26"/>
          <w:szCs w:val="26"/>
        </w:rPr>
      </w:pPr>
      <w:r w:rsidRPr="003078FD">
        <w:rPr>
          <w:rFonts w:asciiTheme="majorHAnsi" w:hAnsiTheme="majorHAnsi" w:cstheme="majorHAnsi"/>
          <w:color w:val="000000"/>
          <w:sz w:val="26"/>
          <w:szCs w:val="26"/>
        </w:rPr>
        <w:t>A timetable of intended research, such as a GANTT chart (</w:t>
      </w:r>
      <w:r>
        <w:rPr>
          <w:rFonts w:asciiTheme="majorHAnsi" w:hAnsiTheme="majorHAnsi" w:cstheme="majorHAnsi"/>
          <w:color w:val="000000"/>
          <w:sz w:val="26"/>
          <w:szCs w:val="26"/>
        </w:rPr>
        <w:t>Section A, point 5</w:t>
      </w:r>
      <w:r w:rsidRPr="003078FD">
        <w:rPr>
          <w:rFonts w:asciiTheme="majorHAnsi" w:hAnsiTheme="majorHAnsi" w:cstheme="majorHAnsi"/>
          <w:color w:val="000000"/>
          <w:sz w:val="26"/>
          <w:szCs w:val="26"/>
        </w:rPr>
        <w:t>);</w:t>
      </w:r>
    </w:p>
    <w:p w14:paraId="09D67040" w14:textId="6DB6412E" w:rsidR="009342AC" w:rsidRPr="003078FD" w:rsidRDefault="009342AC" w:rsidP="009342AC">
      <w:pPr>
        <w:pStyle w:val="ListBullet"/>
        <w:spacing w:after="50" w:line="360" w:lineRule="auto"/>
        <w:ind w:left="369" w:hanging="170"/>
        <w:rPr>
          <w:rFonts w:asciiTheme="majorHAnsi" w:hAnsiTheme="majorHAnsi" w:cstheme="majorHAnsi"/>
          <w:sz w:val="26"/>
          <w:szCs w:val="26"/>
        </w:rPr>
      </w:pPr>
      <w:r w:rsidRPr="003078FD">
        <w:rPr>
          <w:rFonts w:asciiTheme="majorHAnsi" w:hAnsiTheme="majorHAnsi" w:cstheme="majorHAnsi"/>
          <w:color w:val="000000"/>
          <w:sz w:val="26"/>
          <w:szCs w:val="26"/>
        </w:rPr>
        <w:t>CVs for all applicants involved (</w:t>
      </w:r>
      <w:r w:rsidR="008E2587">
        <w:rPr>
          <w:rFonts w:asciiTheme="majorHAnsi" w:hAnsiTheme="majorHAnsi" w:cstheme="majorHAnsi"/>
          <w:color w:val="000000"/>
          <w:sz w:val="26"/>
          <w:szCs w:val="26"/>
        </w:rPr>
        <w:t>Section A, point 10</w:t>
      </w:r>
      <w:r w:rsidRPr="003078FD">
        <w:rPr>
          <w:rFonts w:asciiTheme="majorHAnsi" w:hAnsiTheme="majorHAnsi" w:cstheme="majorHAnsi"/>
          <w:color w:val="000000"/>
          <w:sz w:val="26"/>
          <w:szCs w:val="26"/>
        </w:rPr>
        <w:t>);</w:t>
      </w:r>
    </w:p>
    <w:p w14:paraId="5BA60410" w14:textId="77777777" w:rsidR="008E2587" w:rsidRPr="008E2587" w:rsidRDefault="009342AC" w:rsidP="009342AC">
      <w:pPr>
        <w:pStyle w:val="ListBullet"/>
        <w:spacing w:after="50" w:line="360" w:lineRule="auto"/>
        <w:ind w:left="369" w:hanging="170"/>
        <w:rPr>
          <w:rFonts w:asciiTheme="majorHAnsi" w:hAnsiTheme="majorHAnsi" w:cstheme="majorHAnsi"/>
          <w:sz w:val="26"/>
          <w:szCs w:val="26"/>
        </w:rPr>
      </w:pPr>
      <w:r w:rsidRPr="003078FD">
        <w:rPr>
          <w:rFonts w:asciiTheme="majorHAnsi" w:hAnsiTheme="majorHAnsi" w:cstheme="majorHAnsi"/>
          <w:color w:val="000000"/>
          <w:sz w:val="26"/>
          <w:szCs w:val="26"/>
        </w:rPr>
        <w:t xml:space="preserve">A project risk assessment and contingency plan </w:t>
      </w:r>
      <w:r w:rsidR="008E2587" w:rsidRPr="003078FD">
        <w:rPr>
          <w:rFonts w:asciiTheme="majorHAnsi" w:hAnsiTheme="majorHAnsi" w:cstheme="majorHAnsi"/>
          <w:color w:val="000000"/>
          <w:sz w:val="26"/>
          <w:szCs w:val="26"/>
        </w:rPr>
        <w:t>(</w:t>
      </w:r>
      <w:r w:rsidR="008E2587">
        <w:rPr>
          <w:rFonts w:asciiTheme="majorHAnsi" w:hAnsiTheme="majorHAnsi" w:cstheme="majorHAnsi"/>
          <w:color w:val="000000"/>
          <w:sz w:val="26"/>
          <w:szCs w:val="26"/>
        </w:rPr>
        <w:t>Section A, point</w:t>
      </w:r>
      <w:r w:rsidR="008E2587">
        <w:rPr>
          <w:rFonts w:asciiTheme="majorHAnsi" w:hAnsiTheme="majorHAnsi" w:cstheme="majorHAnsi"/>
          <w:color w:val="000000"/>
          <w:sz w:val="26"/>
          <w:szCs w:val="26"/>
        </w:rPr>
        <w:t xml:space="preserve"> 13</w:t>
      </w:r>
      <w:r w:rsidRPr="003078FD">
        <w:rPr>
          <w:rFonts w:asciiTheme="majorHAnsi" w:hAnsiTheme="majorHAnsi" w:cstheme="majorHAnsi"/>
          <w:color w:val="000000"/>
          <w:sz w:val="26"/>
          <w:szCs w:val="26"/>
        </w:rPr>
        <w:t>)</w:t>
      </w:r>
      <w:r w:rsidR="008E2587">
        <w:rPr>
          <w:rFonts w:asciiTheme="majorHAnsi" w:hAnsiTheme="majorHAnsi" w:cstheme="majorHAnsi"/>
          <w:color w:val="000000"/>
          <w:sz w:val="26"/>
          <w:szCs w:val="26"/>
        </w:rPr>
        <w:t>;</w:t>
      </w:r>
    </w:p>
    <w:p w14:paraId="0A89C1CE" w14:textId="2FE5813F" w:rsidR="009342AC" w:rsidRPr="008E2587" w:rsidRDefault="008E2587" w:rsidP="008E2587">
      <w:pPr>
        <w:pStyle w:val="ListBullet"/>
        <w:spacing w:after="50" w:line="360" w:lineRule="auto"/>
        <w:ind w:left="369" w:hanging="170"/>
        <w:rPr>
          <w:rFonts w:asciiTheme="majorHAnsi" w:hAnsiTheme="majorHAnsi" w:cstheme="majorHAnsi"/>
          <w:sz w:val="26"/>
          <w:szCs w:val="26"/>
        </w:rPr>
      </w:pPr>
      <w:r w:rsidRPr="003078FD">
        <w:rPr>
          <w:rFonts w:asciiTheme="majorHAnsi" w:hAnsiTheme="majorHAnsi" w:cstheme="majorHAnsi"/>
          <w:color w:val="000000"/>
          <w:sz w:val="26"/>
          <w:szCs w:val="26"/>
        </w:rPr>
        <w:t>A detailed breakdown of costs (</w:t>
      </w:r>
      <w:r>
        <w:rPr>
          <w:rFonts w:asciiTheme="majorHAnsi" w:hAnsiTheme="majorHAnsi" w:cstheme="majorHAnsi"/>
          <w:color w:val="000000"/>
          <w:sz w:val="26"/>
          <w:szCs w:val="26"/>
        </w:rPr>
        <w:t>Section B, point 2</w:t>
      </w:r>
      <w:r w:rsidRPr="003078FD">
        <w:rPr>
          <w:rFonts w:asciiTheme="majorHAnsi" w:hAnsiTheme="majorHAnsi" w:cstheme="majorHAnsi"/>
          <w:color w:val="000000"/>
          <w:sz w:val="26"/>
          <w:szCs w:val="26"/>
        </w:rPr>
        <w:t>)</w:t>
      </w:r>
      <w:r w:rsidR="009342AC" w:rsidRPr="008E2587">
        <w:rPr>
          <w:rFonts w:asciiTheme="majorHAnsi" w:hAnsiTheme="majorHAnsi" w:cstheme="majorHAnsi"/>
          <w:color w:val="000000"/>
          <w:sz w:val="26"/>
          <w:szCs w:val="26"/>
        </w:rPr>
        <w:t>.</w:t>
      </w:r>
    </w:p>
    <w:p w14:paraId="61DCC57D" w14:textId="77777777" w:rsidR="009342AC" w:rsidRPr="003078FD" w:rsidRDefault="009342AC" w:rsidP="009342AC">
      <w:pPr>
        <w:spacing w:before="160" w:after="0" w:line="360" w:lineRule="auto"/>
        <w:rPr>
          <w:rFonts w:asciiTheme="majorHAnsi" w:hAnsiTheme="majorHAnsi" w:cstheme="majorHAnsi"/>
          <w:color w:val="000000"/>
          <w:sz w:val="14"/>
          <w:szCs w:val="14"/>
        </w:rPr>
      </w:pPr>
    </w:p>
    <w:p w14:paraId="6D913B74" w14:textId="77777777" w:rsidR="009342AC" w:rsidRPr="003078FD" w:rsidRDefault="009342AC" w:rsidP="009342AC">
      <w:pPr>
        <w:spacing w:before="160" w:after="0" w:line="360" w:lineRule="auto"/>
        <w:rPr>
          <w:rFonts w:asciiTheme="majorHAnsi" w:hAnsiTheme="majorHAnsi" w:cstheme="majorHAnsi"/>
          <w:b/>
          <w:bCs/>
          <w:sz w:val="26"/>
          <w:szCs w:val="26"/>
        </w:rPr>
      </w:pPr>
      <w:r w:rsidRPr="003078FD"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Send the completed form and supporting documents to </w:t>
      </w:r>
      <w:r w:rsidRPr="003078FD">
        <w:rPr>
          <w:rFonts w:asciiTheme="majorHAnsi" w:hAnsiTheme="majorHAnsi" w:cstheme="majorHAnsi"/>
          <w:b/>
          <w:bCs/>
          <w:color w:val="0066CC"/>
          <w:sz w:val="26"/>
          <w:szCs w:val="26"/>
          <w:u w:val="single"/>
        </w:rPr>
        <w:t>rdaward@itopf.org</w:t>
      </w:r>
    </w:p>
    <w:p w14:paraId="77A2B252" w14:textId="77777777" w:rsidR="009342AC" w:rsidRPr="003078FD" w:rsidRDefault="009342AC" w:rsidP="009342AC">
      <w:pPr>
        <w:spacing w:after="40" w:line="360" w:lineRule="auto"/>
        <w:rPr>
          <w:rFonts w:asciiTheme="majorHAnsi" w:hAnsiTheme="majorHAnsi" w:cstheme="majorHAnsi"/>
          <w:color w:val="000000"/>
          <w:sz w:val="26"/>
          <w:szCs w:val="26"/>
        </w:rPr>
      </w:pPr>
    </w:p>
    <w:p w14:paraId="379FE442" w14:textId="77777777" w:rsidR="009342AC" w:rsidRPr="003078FD" w:rsidRDefault="009342AC" w:rsidP="009342AC">
      <w:pPr>
        <w:spacing w:after="40" w:line="360" w:lineRule="auto"/>
        <w:rPr>
          <w:rFonts w:asciiTheme="majorHAnsi" w:hAnsiTheme="majorHAnsi" w:cstheme="majorHAnsi"/>
          <w:sz w:val="26"/>
          <w:szCs w:val="26"/>
        </w:rPr>
      </w:pPr>
      <w:r w:rsidRPr="003078FD">
        <w:rPr>
          <w:rFonts w:asciiTheme="majorHAnsi" w:hAnsiTheme="majorHAnsi" w:cstheme="majorHAnsi"/>
          <w:color w:val="000000"/>
          <w:sz w:val="26"/>
          <w:szCs w:val="26"/>
        </w:rPr>
        <w:t>Applications are welcomed from 1</w:t>
      </w:r>
      <w:r w:rsidRPr="003078FD">
        <w:rPr>
          <w:rFonts w:asciiTheme="majorHAnsi" w:hAnsiTheme="majorHAnsi" w:cstheme="majorHAnsi"/>
          <w:color w:val="000000"/>
          <w:sz w:val="26"/>
          <w:szCs w:val="26"/>
          <w:vertAlign w:val="superscript"/>
        </w:rPr>
        <w:t>st</w:t>
      </w:r>
      <w:r w:rsidRPr="003078FD">
        <w:rPr>
          <w:rFonts w:asciiTheme="majorHAnsi" w:hAnsiTheme="majorHAnsi" w:cstheme="majorHAnsi"/>
          <w:color w:val="000000"/>
          <w:sz w:val="26"/>
          <w:szCs w:val="26"/>
        </w:rPr>
        <w:t xml:space="preserve"> September to 4</w:t>
      </w:r>
      <w:r w:rsidRPr="003078FD">
        <w:rPr>
          <w:rFonts w:asciiTheme="majorHAnsi" w:hAnsiTheme="majorHAnsi" w:cstheme="majorHAnsi"/>
          <w:color w:val="000000"/>
          <w:sz w:val="26"/>
          <w:szCs w:val="26"/>
          <w:vertAlign w:val="superscript"/>
        </w:rPr>
        <w:t>th</w:t>
      </w:r>
      <w:r w:rsidRPr="003078FD">
        <w:rPr>
          <w:rFonts w:asciiTheme="majorHAnsi" w:hAnsiTheme="majorHAnsi" w:cstheme="majorHAnsi"/>
          <w:color w:val="000000"/>
          <w:sz w:val="26"/>
          <w:szCs w:val="26"/>
        </w:rPr>
        <w:t xml:space="preserve"> December 2026.</w:t>
      </w:r>
    </w:p>
    <w:p w14:paraId="0C04842F" w14:textId="77777777" w:rsidR="009342AC" w:rsidRPr="003078FD" w:rsidRDefault="009342AC" w:rsidP="009342AC">
      <w:pPr>
        <w:spacing w:after="200" w:line="360" w:lineRule="auto"/>
        <w:rPr>
          <w:rFonts w:asciiTheme="majorHAnsi" w:hAnsiTheme="majorHAnsi" w:cstheme="majorHAnsi"/>
          <w:sz w:val="26"/>
          <w:szCs w:val="26"/>
        </w:rPr>
      </w:pPr>
      <w:r w:rsidRPr="003078FD">
        <w:rPr>
          <w:rFonts w:asciiTheme="majorHAnsi" w:hAnsiTheme="majorHAnsi" w:cstheme="majorHAnsi"/>
          <w:color w:val="000000"/>
          <w:sz w:val="26"/>
          <w:szCs w:val="26"/>
        </w:rPr>
        <w:t>The winner of the 2026 ITOPF R&amp;D Award will be announced in April 2027.</w:t>
      </w:r>
    </w:p>
    <w:p w14:paraId="286F971B" w14:textId="77777777" w:rsidR="00C70820" w:rsidRPr="009116DE" w:rsidRDefault="00C70820">
      <w:pPr>
        <w:rPr>
          <w:rFonts w:asciiTheme="majorHAnsi" w:hAnsiTheme="majorHAnsi" w:cstheme="majorHAnsi"/>
          <w:sz w:val="22"/>
          <w:szCs w:val="28"/>
        </w:rPr>
        <w:sectPr w:rsidR="00C70820" w:rsidRPr="009116D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247" w:right="1417" w:bottom="1020" w:left="1417" w:header="283" w:footer="397" w:gutter="0"/>
          <w:cols w:space="720"/>
          <w:docGrid w:linePitch="360"/>
        </w:sectPr>
      </w:pPr>
    </w:p>
    <w:p w14:paraId="5C04B495" w14:textId="77777777" w:rsidR="00C70820" w:rsidRPr="009116DE" w:rsidRDefault="00000000">
      <w:pPr>
        <w:keepNext/>
        <w:pBdr>
          <w:bottom w:val="single" w:sz="10" w:space="2" w:color="00A69C"/>
        </w:pBdr>
        <w:spacing w:after="180"/>
        <w:rPr>
          <w:rFonts w:asciiTheme="majorHAnsi" w:hAnsiTheme="majorHAnsi" w:cstheme="majorHAnsi"/>
          <w:sz w:val="20"/>
          <w:szCs w:val="24"/>
        </w:rPr>
      </w:pPr>
      <w:r w:rsidRPr="009116DE">
        <w:rPr>
          <w:rFonts w:asciiTheme="majorHAnsi" w:hAnsiTheme="majorHAnsi" w:cstheme="majorHAnsi"/>
          <w:b/>
          <w:color w:val="20295A"/>
          <w:sz w:val="28"/>
          <w:szCs w:val="24"/>
        </w:rPr>
        <w:lastRenderedPageBreak/>
        <w:t>SECTION A: Technical proposal</w:t>
      </w:r>
    </w:p>
    <w:p w14:paraId="3B90A6CC" w14:textId="77777777" w:rsidR="00C70820" w:rsidRPr="00B45D74" w:rsidRDefault="00000000">
      <w:pPr>
        <w:keepNext/>
        <w:spacing w:before="60"/>
        <w:rPr>
          <w:rFonts w:asciiTheme="majorHAnsi" w:hAnsiTheme="majorHAnsi" w:cstheme="majorHAnsi"/>
          <w:b/>
          <w:bCs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 xml:space="preserve">1.  </w:t>
      </w:r>
      <w:r w:rsidRPr="00B45D74">
        <w:rPr>
          <w:rFonts w:asciiTheme="majorHAnsi" w:hAnsiTheme="majorHAnsi" w:cstheme="majorHAnsi"/>
          <w:b/>
          <w:bCs/>
          <w:color w:val="000000"/>
          <w:sz w:val="22"/>
          <w:szCs w:val="28"/>
        </w:rPr>
        <w:t>Project identification</w:t>
      </w:r>
    </w:p>
    <w:tbl>
      <w:tblPr>
        <w:tblW w:w="98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7200"/>
      </w:tblGrid>
      <w:tr w:rsidR="00C70820" w:rsidRPr="009116DE" w14:paraId="7650EDCF" w14:textId="77777777" w:rsidTr="00AF0BAC">
        <w:trPr>
          <w:trHeight w:val="440"/>
        </w:trPr>
        <w:tc>
          <w:tcPr>
            <w:tcW w:w="260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75BC4D0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2"/>
                <w:szCs w:val="28"/>
              </w:rPr>
              <w:t>Full project title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shd w:val="clear" w:color="auto" w:fill="F7F9F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69A3E32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Full project title"/>
                <w:tag w:val="A1_PROJECT_TITLE_FULL"/>
                <w:id w:val="1001"/>
                <w:lock w:val="sdtLocked"/>
                <w:placeholder>
                  <w:docPart w:val="ACA667ECA91C4424AA65F6844D2AC75F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Click or tap here to enter text.</w:t>
                </w:r>
              </w:sdtContent>
            </w:sdt>
          </w:p>
        </w:tc>
      </w:tr>
      <w:tr w:rsidR="00C70820" w:rsidRPr="009116DE" w14:paraId="11EE5447" w14:textId="77777777" w:rsidTr="00AF0BAC">
        <w:trPr>
          <w:trHeight w:val="440"/>
        </w:trPr>
        <w:tc>
          <w:tcPr>
            <w:tcW w:w="260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9C022C0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2"/>
                <w:szCs w:val="28"/>
              </w:rPr>
              <w:t>Project acronym</w:t>
            </w:r>
          </w:p>
        </w:tc>
        <w:tc>
          <w:tcPr>
            <w:tcW w:w="7200" w:type="dxa"/>
            <w:tcBorders>
              <w:top w:val="single" w:sz="4" w:space="0" w:color="auto"/>
            </w:tcBorders>
            <w:shd w:val="clear" w:color="auto" w:fill="F7F9F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B01DFA9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Project acronym"/>
                <w:tag w:val="A1_PROJECT_ACRONYM"/>
                <w:id w:val="1002"/>
                <w:lock w:val="sdtLocked"/>
                <w:placeholder>
                  <w:docPart w:val="A6F7E9B11B664E6CB5C4B1BEFA251B75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Click or tap here to enter text.</w:t>
                </w:r>
              </w:sdtContent>
            </w:sdt>
          </w:p>
        </w:tc>
      </w:tr>
    </w:tbl>
    <w:p w14:paraId="7993346C" w14:textId="77777777" w:rsidR="00AF0BAC" w:rsidRPr="009116DE" w:rsidRDefault="00AF0BAC">
      <w:pPr>
        <w:keepNext/>
        <w:spacing w:before="140"/>
        <w:rPr>
          <w:rFonts w:asciiTheme="majorHAnsi" w:hAnsiTheme="majorHAnsi" w:cstheme="majorHAnsi"/>
          <w:b/>
          <w:color w:val="000000"/>
          <w:sz w:val="22"/>
          <w:szCs w:val="28"/>
        </w:rPr>
      </w:pPr>
    </w:p>
    <w:p w14:paraId="7F23E142" w14:textId="6EE8F1DA" w:rsidR="00C70820" w:rsidRPr="009116DE" w:rsidRDefault="00000000">
      <w:pPr>
        <w:keepNext/>
        <w:spacing w:before="140"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 xml:space="preserve">2.  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>Applicant details. The first applicant listed will be treated as the Principal/Lead Applicant and main contact.</w:t>
      </w:r>
    </w:p>
    <w:tbl>
      <w:tblPr>
        <w:tblW w:w="9800" w:type="dxa"/>
        <w:tblBorders>
          <w:top w:val="single" w:sz="5" w:space="0" w:color="606060"/>
          <w:left w:val="single" w:sz="5" w:space="0" w:color="606060"/>
          <w:bottom w:val="single" w:sz="5" w:space="0" w:color="606060"/>
          <w:right w:val="single" w:sz="5" w:space="0" w:color="606060"/>
          <w:insideH w:val="single" w:sz="5" w:space="0" w:color="606060"/>
          <w:insideV w:val="single" w:sz="5" w:space="0" w:color="606060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2100"/>
        <w:gridCol w:w="1800"/>
        <w:gridCol w:w="2150"/>
        <w:gridCol w:w="1850"/>
      </w:tblGrid>
      <w:tr w:rsidR="00C70820" w:rsidRPr="009116DE" w14:paraId="23123D15" w14:textId="77777777">
        <w:trPr>
          <w:trHeight w:val="420"/>
          <w:tblHeader/>
        </w:trPr>
        <w:tc>
          <w:tcPr>
            <w:tcW w:w="1900" w:type="dxa"/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E85AD65" w14:textId="77777777" w:rsidR="00C70820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0"/>
                <w:szCs w:val="28"/>
              </w:rPr>
              <w:t>Name</w:t>
            </w:r>
          </w:p>
        </w:tc>
        <w:tc>
          <w:tcPr>
            <w:tcW w:w="2100" w:type="dxa"/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959BE75" w14:textId="77777777" w:rsidR="00C70820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0"/>
                <w:szCs w:val="28"/>
              </w:rPr>
              <w:t>Role in project</w:t>
            </w:r>
          </w:p>
        </w:tc>
        <w:tc>
          <w:tcPr>
            <w:tcW w:w="1800" w:type="dxa"/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2EC3BE9" w14:textId="77777777" w:rsidR="00C70820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0"/>
                <w:szCs w:val="28"/>
              </w:rPr>
              <w:t>Institution</w:t>
            </w:r>
          </w:p>
        </w:tc>
        <w:tc>
          <w:tcPr>
            <w:tcW w:w="2150" w:type="dxa"/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BC33655" w14:textId="77777777" w:rsidR="00C70820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0"/>
                <w:szCs w:val="28"/>
              </w:rPr>
              <w:t>Job title</w:t>
            </w:r>
          </w:p>
        </w:tc>
        <w:tc>
          <w:tcPr>
            <w:tcW w:w="1850" w:type="dxa"/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B0828CF" w14:textId="77777777" w:rsidR="00C70820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0"/>
                <w:szCs w:val="28"/>
              </w:rPr>
              <w:t>Email</w:t>
            </w:r>
          </w:p>
        </w:tc>
      </w:tr>
      <w:tr w:rsidR="00C70820" w:rsidRPr="009116DE" w14:paraId="4F24E1BA" w14:textId="77777777">
        <w:trPr>
          <w:trHeight w:val="660"/>
        </w:trPr>
        <w:tc>
          <w:tcPr>
            <w:tcW w:w="19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0DBE04BB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1: Name"/>
                <w:tag w:val="A2_APPLICANT_01_NAME"/>
                <w:id w:val="1003"/>
                <w:lock w:val="sdtLocked"/>
                <w:placeholder>
                  <w:docPart w:val="42298122C0F54B0FB01171DEE956B302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4DC832F4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1: Role in project"/>
                <w:tag w:val="A2_APPLICANT_01_PROJECT_ROLE"/>
                <w:id w:val="1004"/>
                <w:lock w:val="sdtLocked"/>
                <w:placeholder>
                  <w:docPart w:val="3A08C3FA0CAD43789B714569646EFAB0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14579D40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1: Institution"/>
                <w:tag w:val="A2_APPLICANT_01_INSTITUTION"/>
                <w:id w:val="1005"/>
                <w:lock w:val="sdtLocked"/>
                <w:placeholder>
                  <w:docPart w:val="C3A792AB37FA4C12A469CC1FE5B250ED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0038553B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1: Job title"/>
                <w:tag w:val="A2_APPLICANT_01_JOB_TITLE"/>
                <w:id w:val="1006"/>
                <w:lock w:val="sdtLocked"/>
                <w:placeholder>
                  <w:docPart w:val="AAB1725A61BB436A8472C1C588D372C0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0C2A55A9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1: Email"/>
                <w:tag w:val="A2_APPLICANT_01_EMAIL"/>
                <w:id w:val="1007"/>
                <w:lock w:val="sdtLocked"/>
                <w:placeholder>
                  <w:docPart w:val="408E26B4DA3B43AFA0FDEEB1B9BDE444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</w:tr>
      <w:tr w:rsidR="00C70820" w:rsidRPr="009116DE" w14:paraId="22316545" w14:textId="77777777">
        <w:trPr>
          <w:trHeight w:val="660"/>
        </w:trPr>
        <w:tc>
          <w:tcPr>
            <w:tcW w:w="19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54F480AA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2: Name"/>
                <w:tag w:val="A2_APPLICANT_02_NAME"/>
                <w:id w:val="1008"/>
                <w:lock w:val="sdtLocked"/>
                <w:placeholder>
                  <w:docPart w:val="09D435A3FF7048708A6FEB631E3AA136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42F8DE16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2: Role in project"/>
                <w:tag w:val="A2_APPLICANT_02_PROJECT_ROLE"/>
                <w:id w:val="1009"/>
                <w:lock w:val="sdtLocked"/>
                <w:placeholder>
                  <w:docPart w:val="937B074CF40F47FE98ACDF4610757FA0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606CD426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2: Institution"/>
                <w:tag w:val="A2_APPLICANT_02_INSTITUTION"/>
                <w:id w:val="1010"/>
                <w:lock w:val="sdtLocked"/>
                <w:placeholder>
                  <w:docPart w:val="F27744AE0CD04DCFACD003573572B6EC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4A138DB2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2: Job title"/>
                <w:tag w:val="A2_APPLICANT_02_JOB_TITLE"/>
                <w:id w:val="1011"/>
                <w:lock w:val="sdtLocked"/>
                <w:placeholder>
                  <w:docPart w:val="0EA721A7E1BA427B9C69E56F502DCE13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6B2FC1F9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2: Email"/>
                <w:tag w:val="A2_APPLICANT_02_EMAIL"/>
                <w:id w:val="1012"/>
                <w:lock w:val="sdtLocked"/>
                <w:placeholder>
                  <w:docPart w:val="9CB4EEADCDD24CA294702835B10BECA9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</w:tr>
      <w:tr w:rsidR="00C70820" w:rsidRPr="009116DE" w14:paraId="3FDF3F6F" w14:textId="77777777">
        <w:trPr>
          <w:trHeight w:val="660"/>
        </w:trPr>
        <w:tc>
          <w:tcPr>
            <w:tcW w:w="19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5C06CCA0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3: Name"/>
                <w:tag w:val="A2_APPLICANT_03_NAME"/>
                <w:id w:val="1013"/>
                <w:lock w:val="sdtLocked"/>
                <w:placeholder>
                  <w:docPart w:val="2275F7305EB2480D8BA4F5AF136539D5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0BE4F7AF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3: Role in project"/>
                <w:tag w:val="A2_APPLICANT_03_PROJECT_ROLE"/>
                <w:id w:val="1014"/>
                <w:lock w:val="sdtLocked"/>
                <w:placeholder>
                  <w:docPart w:val="474654E2653143C99F2A1D6FBACE5D03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69FEBB14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3: Institution"/>
                <w:tag w:val="A2_APPLICANT_03_INSTITUTION"/>
                <w:id w:val="1015"/>
                <w:lock w:val="sdtLocked"/>
                <w:placeholder>
                  <w:docPart w:val="06D7ABDC26ED499DB924D871159E1404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6C5BEB8B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3: Job title"/>
                <w:tag w:val="A2_APPLICANT_03_JOB_TITLE"/>
                <w:id w:val="1016"/>
                <w:lock w:val="sdtLocked"/>
                <w:placeholder>
                  <w:docPart w:val="579D423227614498AC878703CA78969B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1D682850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3: Email"/>
                <w:tag w:val="A2_APPLICANT_03_EMAIL"/>
                <w:id w:val="1017"/>
                <w:lock w:val="sdtLocked"/>
                <w:placeholder>
                  <w:docPart w:val="E1D668874A564251A7920C9BECB6C110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</w:tr>
      <w:tr w:rsidR="00C70820" w:rsidRPr="009116DE" w14:paraId="5D030C22" w14:textId="77777777">
        <w:trPr>
          <w:trHeight w:val="660"/>
        </w:trPr>
        <w:tc>
          <w:tcPr>
            <w:tcW w:w="19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72914BE7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4: Name"/>
                <w:tag w:val="A2_APPLICANT_04_NAME"/>
                <w:id w:val="1018"/>
                <w:lock w:val="sdtLocked"/>
                <w:placeholder>
                  <w:docPart w:val="E2FAC5DBAA6F4CF784735C9054A93675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4B19E12B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4: Role in project"/>
                <w:tag w:val="A2_APPLICANT_04_PROJECT_ROLE"/>
                <w:id w:val="1019"/>
                <w:lock w:val="sdtLocked"/>
                <w:placeholder>
                  <w:docPart w:val="6D2DF4D91AFB41AB8EC1D92BB3FD4446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3ADFF907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4: Institution"/>
                <w:tag w:val="A2_APPLICANT_04_INSTITUTION"/>
                <w:id w:val="1020"/>
                <w:lock w:val="sdtLocked"/>
                <w:placeholder>
                  <w:docPart w:val="B214BEB9291841C799E3F1ABF8481D9C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3D61432E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4: Job title"/>
                <w:tag w:val="A2_APPLICANT_04_JOB_TITLE"/>
                <w:id w:val="1021"/>
                <w:lock w:val="sdtLocked"/>
                <w:placeholder>
                  <w:docPart w:val="418039F46B464700A1598C1F527B6E33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575B1A0B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4: Email"/>
                <w:tag w:val="A2_APPLICANT_04_EMAIL"/>
                <w:id w:val="1022"/>
                <w:lock w:val="sdtLocked"/>
                <w:placeholder>
                  <w:docPart w:val="BC89F2E011D147BF8BE35CBFE8095687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</w:tr>
      <w:tr w:rsidR="00C70820" w:rsidRPr="009116DE" w14:paraId="133BFC5D" w14:textId="77777777">
        <w:trPr>
          <w:trHeight w:val="660"/>
        </w:trPr>
        <w:tc>
          <w:tcPr>
            <w:tcW w:w="19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58F56305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5: Name"/>
                <w:tag w:val="A2_APPLICANT_05_NAME"/>
                <w:id w:val="1023"/>
                <w:lock w:val="sdtLocked"/>
                <w:placeholder>
                  <w:docPart w:val="48BA39F3753F46F599946B0AA24E99F7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58E49B85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5: Role in project"/>
                <w:tag w:val="A2_APPLICANT_05_PROJECT_ROLE"/>
                <w:id w:val="1024"/>
                <w:lock w:val="sdtLocked"/>
                <w:placeholder>
                  <w:docPart w:val="B82A44E5458D4F138919AED0E0EC0D33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552F1BF3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5: Institution"/>
                <w:tag w:val="A2_APPLICANT_05_INSTITUTION"/>
                <w:id w:val="1025"/>
                <w:lock w:val="sdtLocked"/>
                <w:placeholder>
                  <w:docPart w:val="5AE156884CDC425083E503350A421602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0B5022EE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5: Job title"/>
                <w:tag w:val="A2_APPLICANT_05_JOB_TITLE"/>
                <w:id w:val="1026"/>
                <w:lock w:val="sdtLocked"/>
                <w:placeholder>
                  <w:docPart w:val="D70CAEB0BD1F4113A0EC1553DC553BD8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1C58BC49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5: Email"/>
                <w:tag w:val="A2_APPLICANT_05_EMAIL"/>
                <w:id w:val="1027"/>
                <w:lock w:val="sdtLocked"/>
                <w:placeholder>
                  <w:docPart w:val="27A4CC6203CD4827B9B8008D8BAE9C82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</w:tr>
      <w:tr w:rsidR="00C70820" w:rsidRPr="009116DE" w14:paraId="7E25E1C7" w14:textId="77777777">
        <w:trPr>
          <w:trHeight w:val="660"/>
        </w:trPr>
        <w:tc>
          <w:tcPr>
            <w:tcW w:w="19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7F4D25F7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6: Name"/>
                <w:tag w:val="A2_APPLICANT_06_NAME"/>
                <w:id w:val="1028"/>
                <w:lock w:val="sdtLocked"/>
                <w:placeholder>
                  <w:docPart w:val="8596E8A7C4B34CE88A6B49089D663EA5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4DB67F0C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6: Role in project"/>
                <w:tag w:val="A2_APPLICANT_06_PROJECT_ROLE"/>
                <w:id w:val="1029"/>
                <w:lock w:val="sdtLocked"/>
                <w:placeholder>
                  <w:docPart w:val="3F74410D6CC44996ADB54609E3A207D2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6D34D52F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6: Institution"/>
                <w:tag w:val="A2_APPLICANT_06_INSTITUTION"/>
                <w:id w:val="1030"/>
                <w:lock w:val="sdtLocked"/>
                <w:placeholder>
                  <w:docPart w:val="3CCB8A1E2C0A4F9695324688965653E4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1EE36682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6: Job title"/>
                <w:tag w:val="A2_APPLICANT_06_JOB_TITLE"/>
                <w:id w:val="1031"/>
                <w:lock w:val="sdtLocked"/>
                <w:placeholder>
                  <w:docPart w:val="80FA62F3EC114596815DFF0B67203BC4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14E05B93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6: Email"/>
                <w:tag w:val="A2_APPLICANT_06_EMAIL"/>
                <w:id w:val="1032"/>
                <w:lock w:val="sdtLocked"/>
                <w:placeholder>
                  <w:docPart w:val="7EA21508D28B4154999C5255A6D8F5DD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</w:tr>
      <w:tr w:rsidR="00C70820" w:rsidRPr="009116DE" w14:paraId="44EBD7DC" w14:textId="77777777">
        <w:trPr>
          <w:trHeight w:val="660"/>
        </w:trPr>
        <w:tc>
          <w:tcPr>
            <w:tcW w:w="19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0E538529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7: Name"/>
                <w:tag w:val="A2_APPLICANT_07_NAME"/>
                <w:id w:val="1033"/>
                <w:lock w:val="sdtLocked"/>
                <w:placeholder>
                  <w:docPart w:val="C1B4B6D36D55446E99972A0FE8AC5CDC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35281EBB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7: Role in project"/>
                <w:tag w:val="A2_APPLICANT_07_PROJECT_ROLE"/>
                <w:id w:val="1034"/>
                <w:lock w:val="sdtLocked"/>
                <w:placeholder>
                  <w:docPart w:val="B2BF387D2387435198A4A76BD95D0AA5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0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5F2FC58C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7: Institution"/>
                <w:tag w:val="A2_APPLICANT_07_INSTITUTION"/>
                <w:id w:val="1035"/>
                <w:lock w:val="sdtLocked"/>
                <w:placeholder>
                  <w:docPart w:val="99210451909343278A1C04086DAF4B19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21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46BA6EFD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7: Job title"/>
                <w:tag w:val="A2_APPLICANT_07_JOB_TITLE"/>
                <w:id w:val="1036"/>
                <w:lock w:val="sdtLocked"/>
                <w:placeholder>
                  <w:docPart w:val="E066E66C228545709B2047090041219B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  <w:tc>
          <w:tcPr>
            <w:tcW w:w="1850" w:type="dxa"/>
            <w:shd w:val="clear" w:color="auto" w:fill="F7F9FA"/>
            <w:tcMar>
              <w:top w:w="65" w:type="dxa"/>
              <w:left w:w="60" w:type="dxa"/>
              <w:bottom w:w="65" w:type="dxa"/>
              <w:right w:w="60" w:type="dxa"/>
            </w:tcMar>
            <w:vAlign w:val="center"/>
          </w:tcPr>
          <w:p w14:paraId="7940C5A9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pplicant 7: Email"/>
                <w:tag w:val="A2_APPLICANT_07_EMAIL"/>
                <w:id w:val="1037"/>
                <w:lock w:val="sdtLocked"/>
                <w:placeholder>
                  <w:docPart w:val="1C3818F129E349998BD8D93CF01942CF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Enter details</w:t>
                </w:r>
              </w:sdtContent>
            </w:sdt>
          </w:p>
        </w:tc>
      </w:tr>
    </w:tbl>
    <w:p w14:paraId="26C4E951" w14:textId="77777777" w:rsidR="00C70820" w:rsidRPr="009116DE" w:rsidRDefault="00000000">
      <w:pPr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sz w:val="22"/>
          <w:szCs w:val="28"/>
        </w:rPr>
        <w:br w:type="page"/>
      </w:r>
    </w:p>
    <w:p w14:paraId="6B378C75" w14:textId="77777777" w:rsidR="00C70820" w:rsidRPr="009116DE" w:rsidRDefault="00000000">
      <w:pPr>
        <w:keepNext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lastRenderedPageBreak/>
        <w:t xml:space="preserve">3.  </w:t>
      </w:r>
      <w:r w:rsidRPr="00B45D74">
        <w:rPr>
          <w:rFonts w:asciiTheme="majorHAnsi" w:hAnsiTheme="majorHAnsi" w:cstheme="majorHAnsi"/>
          <w:b/>
          <w:bCs/>
          <w:color w:val="000000"/>
          <w:sz w:val="22"/>
          <w:szCs w:val="28"/>
        </w:rPr>
        <w:t>Host institution, research group or laboratory</w:t>
      </w:r>
    </w:p>
    <w:tbl>
      <w:tblPr>
        <w:tblW w:w="98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800"/>
      </w:tblGrid>
      <w:tr w:rsidR="00C70820" w:rsidRPr="009116DE" w14:paraId="13583BCC" w14:textId="77777777" w:rsidTr="009116DE">
        <w:trPr>
          <w:trHeight w:val="454"/>
        </w:trPr>
        <w:tc>
          <w:tcPr>
            <w:tcW w:w="300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D146202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2"/>
                <w:szCs w:val="28"/>
              </w:rPr>
              <w:t>Organisation name</w:t>
            </w:r>
          </w:p>
        </w:tc>
        <w:tc>
          <w:tcPr>
            <w:tcW w:w="6800" w:type="dxa"/>
            <w:tcBorders>
              <w:bottom w:val="single" w:sz="4" w:space="0" w:color="auto"/>
            </w:tcBorders>
            <w:shd w:val="clear" w:color="auto" w:fill="F7F9F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200CA29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Organisation name"/>
                <w:tag w:val="A3_HOST_ORGANISATION_NAME"/>
                <w:id w:val="1038"/>
                <w:lock w:val="sdtLocked"/>
                <w:placeholder>
                  <w:docPart w:val="0DB4DD83265C42D7A180011D1ABAE98E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Click or tap here to enter text.</w:t>
                </w:r>
              </w:sdtContent>
            </w:sdt>
          </w:p>
        </w:tc>
      </w:tr>
      <w:tr w:rsidR="00C70820" w:rsidRPr="009116DE" w14:paraId="73778B4E" w14:textId="77777777" w:rsidTr="009116DE">
        <w:trPr>
          <w:trHeight w:val="454"/>
        </w:trPr>
        <w:tc>
          <w:tcPr>
            <w:tcW w:w="300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AFABDBA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2"/>
                <w:szCs w:val="28"/>
              </w:rPr>
              <w:t>Research group/laboratory</w:t>
            </w:r>
          </w:p>
        </w:tc>
        <w:tc>
          <w:tcPr>
            <w:tcW w:w="6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7F9F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04D6063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Research group/laboratory"/>
                <w:tag w:val="A3_HOST_RESEARCH_GROUP"/>
                <w:id w:val="1039"/>
                <w:lock w:val="sdtLocked"/>
                <w:placeholder>
                  <w:docPart w:val="58052DC40081434EAF50F9C19BC03459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Click or tap here to enter text.</w:t>
                </w:r>
              </w:sdtContent>
            </w:sdt>
          </w:p>
        </w:tc>
      </w:tr>
      <w:tr w:rsidR="00C70820" w:rsidRPr="009116DE" w14:paraId="29C218D6" w14:textId="77777777" w:rsidTr="009116DE">
        <w:trPr>
          <w:trHeight w:val="454"/>
        </w:trPr>
        <w:tc>
          <w:tcPr>
            <w:tcW w:w="300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F66F184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2"/>
                <w:szCs w:val="28"/>
              </w:rPr>
              <w:t>Address</w:t>
            </w:r>
          </w:p>
        </w:tc>
        <w:tc>
          <w:tcPr>
            <w:tcW w:w="6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7F9F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B4C50BC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ress"/>
                <w:tag w:val="A3_HOST_ADDRESS"/>
                <w:id w:val="1041"/>
                <w:lock w:val="sdtLocked"/>
                <w:placeholder>
                  <w:docPart w:val="759109359BB8447586812563EA577617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Click or tap here to enter text.</w:t>
                </w:r>
              </w:sdtContent>
            </w:sdt>
          </w:p>
        </w:tc>
      </w:tr>
      <w:tr w:rsidR="00C70820" w:rsidRPr="009116DE" w14:paraId="21D74996" w14:textId="77777777" w:rsidTr="009116DE">
        <w:trPr>
          <w:trHeight w:val="454"/>
        </w:trPr>
        <w:tc>
          <w:tcPr>
            <w:tcW w:w="300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63F89BC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2"/>
                <w:szCs w:val="28"/>
              </w:rPr>
              <w:t>Postcode</w:t>
            </w:r>
          </w:p>
        </w:tc>
        <w:tc>
          <w:tcPr>
            <w:tcW w:w="6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7F9F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E93A96C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Postcode"/>
                <w:tag w:val="A3_HOST_POSTCODE"/>
                <w:id w:val="1042"/>
                <w:lock w:val="sdtLocked"/>
                <w:placeholder>
                  <w:docPart w:val="17BDDFBC855441E5B9D83BC96B3F8CD4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Click or tap here to enter text.</w:t>
                </w:r>
              </w:sdtContent>
            </w:sdt>
          </w:p>
        </w:tc>
      </w:tr>
      <w:tr w:rsidR="00C70820" w:rsidRPr="009116DE" w14:paraId="24DDA73A" w14:textId="77777777" w:rsidTr="009116DE">
        <w:trPr>
          <w:trHeight w:val="454"/>
        </w:trPr>
        <w:tc>
          <w:tcPr>
            <w:tcW w:w="300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B2EBF8E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2"/>
                <w:szCs w:val="28"/>
              </w:rPr>
              <w:t>City/Town</w:t>
            </w:r>
          </w:p>
        </w:tc>
        <w:tc>
          <w:tcPr>
            <w:tcW w:w="6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7F9F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B77900A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City/Town"/>
                <w:tag w:val="A3_HOST_CITY"/>
                <w:id w:val="1043"/>
                <w:lock w:val="sdtLocked"/>
                <w:placeholder>
                  <w:docPart w:val="F3564D6823A74591A4206ADF316B03A0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Click or tap here to enter text.</w:t>
                </w:r>
              </w:sdtContent>
            </w:sdt>
          </w:p>
        </w:tc>
      </w:tr>
      <w:tr w:rsidR="00C70820" w:rsidRPr="009116DE" w14:paraId="32B1ACE2" w14:textId="77777777" w:rsidTr="009116DE">
        <w:trPr>
          <w:trHeight w:val="454"/>
        </w:trPr>
        <w:tc>
          <w:tcPr>
            <w:tcW w:w="300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6651C82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2"/>
                <w:szCs w:val="28"/>
              </w:rPr>
              <w:t>Country</w:t>
            </w:r>
          </w:p>
        </w:tc>
        <w:tc>
          <w:tcPr>
            <w:tcW w:w="6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7F9F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0038928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Country"/>
                <w:tag w:val="A3_HOST_COUNTRY"/>
                <w:id w:val="1044"/>
                <w:lock w:val="sdtLocked"/>
                <w:placeholder>
                  <w:docPart w:val="4C01CA0ED2D442DE90E6B0666D01319C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Click or tap here to enter text.</w:t>
                </w:r>
              </w:sdtContent>
            </w:sdt>
          </w:p>
        </w:tc>
      </w:tr>
      <w:tr w:rsidR="00E94083" w:rsidRPr="009116DE" w14:paraId="24ACBBCD" w14:textId="77777777" w:rsidTr="009116DE">
        <w:trPr>
          <w:trHeight w:val="454"/>
        </w:trPr>
        <w:tc>
          <w:tcPr>
            <w:tcW w:w="300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974E882" w14:textId="64DC86D0" w:rsidR="00E94083" w:rsidRPr="009116DE" w:rsidRDefault="00E94083">
            <w:pPr>
              <w:spacing w:after="0"/>
              <w:rPr>
                <w:rFonts w:asciiTheme="majorHAnsi" w:hAnsiTheme="majorHAnsi" w:cstheme="majorHAnsi"/>
                <w:b/>
                <w:color w:val="000000"/>
                <w:sz w:val="22"/>
                <w:szCs w:val="28"/>
              </w:rPr>
            </w:pPr>
            <w:r w:rsidRPr="00E94083">
              <w:rPr>
                <w:rFonts w:asciiTheme="majorHAnsi" w:hAnsiTheme="majorHAnsi" w:cstheme="majorHAnsi"/>
                <w:b/>
                <w:color w:val="000000"/>
                <w:sz w:val="22"/>
                <w:szCs w:val="28"/>
              </w:rPr>
              <w:t>Telephone</w:t>
            </w:r>
          </w:p>
        </w:tc>
        <w:tc>
          <w:tcPr>
            <w:tcW w:w="6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7F9F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50890EE" w14:textId="3B3439BA" w:rsidR="00E94083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alias w:val="Telephone"/>
                <w:tag w:val="A3_HOST_TELEPHONE"/>
                <w:id w:val="1045"/>
                <w:placeholder>
                  <w:docPart w:val="4508C9DE90D64F588D1248D1A43E5C3A"/>
                </w:placeholder>
                <w:showingPlcHdr/>
                <w:text/>
              </w:sdtPr>
              <w:sdtContent>
                <w:r w:rsidR="00E94083">
                  <w:rPr>
                    <w:color w:val="666666"/>
                    <w:sz w:val="18"/>
                  </w:rPr>
                  <w:t>Click or tap here to enter text.</w:t>
                </w:r>
              </w:sdtContent>
            </w:sdt>
          </w:p>
        </w:tc>
      </w:tr>
    </w:tbl>
    <w:p w14:paraId="389AF692" w14:textId="77777777" w:rsidR="00AF0BAC" w:rsidRPr="009116DE" w:rsidRDefault="00AF0BAC">
      <w:pPr>
        <w:keepNext/>
        <w:spacing w:before="120"/>
        <w:rPr>
          <w:rFonts w:asciiTheme="majorHAnsi" w:hAnsiTheme="majorHAnsi" w:cstheme="majorHAnsi"/>
          <w:b/>
          <w:color w:val="000000"/>
          <w:sz w:val="22"/>
          <w:szCs w:val="28"/>
        </w:rPr>
      </w:pPr>
    </w:p>
    <w:p w14:paraId="191527A4" w14:textId="149D5558" w:rsidR="00C70820" w:rsidRPr="009116DE" w:rsidRDefault="00000000">
      <w:pPr>
        <w:keepNext/>
        <w:spacing w:before="120"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 xml:space="preserve">4.  </w:t>
      </w:r>
      <w:r w:rsidRPr="00B45D74">
        <w:rPr>
          <w:rFonts w:asciiTheme="majorHAnsi" w:hAnsiTheme="majorHAnsi" w:cstheme="majorHAnsi"/>
          <w:b/>
          <w:bCs/>
          <w:color w:val="000000"/>
          <w:sz w:val="22"/>
          <w:szCs w:val="28"/>
        </w:rPr>
        <w:t>Project partners.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 Name each participating organisation and briefly describe its responsibilities. (max </w:t>
      </w:r>
      <w:r w:rsidR="003078FD">
        <w:rPr>
          <w:rFonts w:asciiTheme="majorHAnsi" w:hAnsiTheme="majorHAnsi" w:cstheme="majorHAnsi"/>
          <w:color w:val="000000"/>
          <w:sz w:val="22"/>
          <w:szCs w:val="28"/>
        </w:rPr>
        <w:t>35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>0 words).</w:t>
      </w:r>
    </w:p>
    <w:tbl>
      <w:tblPr>
        <w:tblW w:w="9750" w:type="dxa"/>
        <w:tblBorders>
          <w:top w:val="single" w:sz="5" w:space="0" w:color="9A9A9A"/>
          <w:left w:val="single" w:sz="5" w:space="0" w:color="9A9A9A"/>
          <w:bottom w:val="single" w:sz="5" w:space="0" w:color="9A9A9A"/>
          <w:right w:val="single" w:sz="5" w:space="0" w:color="9A9A9A"/>
        </w:tblBorders>
        <w:tblLayout w:type="fixed"/>
        <w:tblLook w:val="04A0" w:firstRow="1" w:lastRow="0" w:firstColumn="1" w:lastColumn="0" w:noHBand="0" w:noVBand="1"/>
      </w:tblPr>
      <w:tblGrid>
        <w:gridCol w:w="9750"/>
      </w:tblGrid>
      <w:tr w:rsidR="00C70820" w:rsidRPr="009116DE" w14:paraId="6B2AF67E" w14:textId="77777777" w:rsidTr="009116DE">
        <w:trPr>
          <w:trHeight w:val="2200"/>
        </w:trPr>
        <w:tc>
          <w:tcPr>
            <w:tcW w:w="9750" w:type="dxa"/>
            <w:shd w:val="clear" w:color="auto" w:fill="F7F9F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B9E8396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4 Partner Organisations And Roles"/>
                <w:tag w:val="A4_PARTNER_ORGANISATIONS_AND_ROLES"/>
                <w:id w:val="1046"/>
                <w:lock w:val="sdtLocked"/>
                <w:placeholder>
                  <w:docPart w:val="FA67BCCFC6DA43C68DFA54AE984D9BA1"/>
                </w:placeholder>
                <w:showingPlcHdr/>
                <w:text w:multiLine="1"/>
              </w:sdtPr>
              <w:sdtContent>
                <w:r w:rsidR="003078FD" w:rsidRPr="003078FD">
                  <w:rPr>
                    <w:rFonts w:asciiTheme="majorHAnsi" w:hAnsiTheme="majorHAnsi" w:cstheme="majorHAnsi"/>
                    <w:color w:val="666666"/>
                    <w:sz w:val="20"/>
                    <w:szCs w:val="24"/>
                  </w:rPr>
                  <w:t>List each partner organisation and its role in the project.</w:t>
                </w:r>
              </w:sdtContent>
            </w:sdt>
          </w:p>
        </w:tc>
      </w:tr>
    </w:tbl>
    <w:p w14:paraId="231A9ED4" w14:textId="77777777" w:rsidR="00C70820" w:rsidRPr="009116DE" w:rsidRDefault="00000000">
      <w:pPr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sz w:val="22"/>
          <w:szCs w:val="28"/>
        </w:rPr>
        <w:br w:type="page"/>
      </w:r>
    </w:p>
    <w:p w14:paraId="4F4BFCE9" w14:textId="77777777" w:rsidR="00C70820" w:rsidRPr="009116DE" w:rsidRDefault="00000000">
      <w:pPr>
        <w:keepNext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lastRenderedPageBreak/>
        <w:t xml:space="preserve">5.  </w:t>
      </w:r>
      <w:r w:rsidRPr="00B45D74">
        <w:rPr>
          <w:rFonts w:asciiTheme="majorHAnsi" w:hAnsiTheme="majorHAnsi" w:cstheme="majorHAnsi"/>
          <w:b/>
          <w:bCs/>
          <w:color w:val="000000"/>
          <w:sz w:val="22"/>
          <w:szCs w:val="28"/>
        </w:rPr>
        <w:t>Project duration.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 Select one route and attach a timetable (for example, a GANTT chart) for the proposed research.</w:t>
      </w:r>
    </w:p>
    <w:tbl>
      <w:tblPr>
        <w:tblW w:w="98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760"/>
        <w:gridCol w:w="40"/>
      </w:tblGrid>
      <w:tr w:rsidR="00C70820" w:rsidRPr="009116DE" w14:paraId="459F3587" w14:textId="77777777">
        <w:tc>
          <w:tcPr>
            <w:tcW w:w="9800" w:type="dxa"/>
            <w:gridSpan w:val="2"/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313264F1" w14:textId="77777777" w:rsidR="00C70820" w:rsidRPr="009116DE" w:rsidRDefault="00000000">
            <w:pPr>
              <w:spacing w:after="2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Short-term project — 1 year"/>
                <w:tag w:val="A5_DURATION_SHORT_1_YEAR"/>
                <w:id w:val="104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16DE">
                  <w:rPr>
                    <w:rFonts w:ascii="Segoe UI Symbol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9116DE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 Short-term project — 1 year</w:t>
            </w:r>
          </w:p>
          <w:p w14:paraId="75573369" w14:textId="77777777" w:rsidR="00C70820" w:rsidRPr="009116DE" w:rsidRDefault="00000000">
            <w:pPr>
              <w:spacing w:after="2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Short-term project — 2 years"/>
                <w:tag w:val="A5_DURATION_SHORT_2_YEARS"/>
                <w:id w:val="105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16DE">
                  <w:rPr>
                    <w:rFonts w:ascii="Segoe UI Symbol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9116DE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 Short-term project — 2 years</w:t>
            </w:r>
          </w:p>
          <w:p w14:paraId="2D5C3663" w14:textId="333CF04C" w:rsidR="00C70820" w:rsidRPr="009116DE" w:rsidRDefault="00C70820">
            <w:pPr>
              <w:spacing w:after="20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</w:tr>
      <w:tr w:rsidR="00C70820" w:rsidRPr="009116DE" w14:paraId="1DEDB50B" w14:textId="77777777">
        <w:tblPrEx>
          <w:tblBorders>
            <w:top w:val="single" w:sz="5" w:space="0" w:color="9A9A9A"/>
            <w:left w:val="single" w:sz="5" w:space="0" w:color="9A9A9A"/>
            <w:bottom w:val="single" w:sz="5" w:space="0" w:color="9A9A9A"/>
            <w:right w:val="single" w:sz="5" w:space="0" w:color="9A9A9A"/>
            <w:insideH w:val="none" w:sz="0" w:space="0" w:color="auto"/>
            <w:insideV w:val="none" w:sz="0" w:space="0" w:color="auto"/>
          </w:tblBorders>
        </w:tblPrEx>
        <w:trPr>
          <w:gridAfter w:val="1"/>
          <w:wAfter w:w="40" w:type="dxa"/>
          <w:trHeight w:val="700"/>
        </w:trPr>
        <w:tc>
          <w:tcPr>
            <w:tcW w:w="9800" w:type="dxa"/>
            <w:shd w:val="clear" w:color="auto" w:fill="F7F9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D5536A" w14:textId="01B6629F" w:rsidR="00C70820" w:rsidRPr="009116DE" w:rsidRDefault="00000000">
            <w:pPr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Project timing details"/>
                <w:tag w:val="A5_DURATION_DETAILS"/>
                <w:id w:val="1052"/>
                <w:lock w:val="sdtLocked"/>
                <w:placeholder>
                  <w:docPart w:val="5C515C25F17A42479B2895EE074EE8DB"/>
                </w:placeholder>
                <w:showingPlcHdr/>
                <w:text w:multiLine="1"/>
              </w:sdtPr>
              <w:sdtContent>
                <w:r w:rsidR="00645EDF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 xml:space="preserve">If necessary provide here </w:t>
                </w:r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timing details.</w:t>
                </w:r>
              </w:sdtContent>
            </w:sdt>
          </w:p>
        </w:tc>
      </w:tr>
    </w:tbl>
    <w:p w14:paraId="0FE4D8BA" w14:textId="77777777" w:rsidR="00B45D74" w:rsidRDefault="00B45D74">
      <w:pPr>
        <w:keepNext/>
        <w:spacing w:before="160"/>
        <w:rPr>
          <w:rFonts w:asciiTheme="majorHAnsi" w:hAnsiTheme="majorHAnsi" w:cstheme="majorHAnsi"/>
          <w:b/>
          <w:color w:val="000000"/>
          <w:sz w:val="22"/>
          <w:szCs w:val="28"/>
        </w:rPr>
      </w:pPr>
    </w:p>
    <w:p w14:paraId="43472EED" w14:textId="5FE1D600" w:rsidR="00C70820" w:rsidRPr="009116DE" w:rsidRDefault="00000000">
      <w:pPr>
        <w:keepNext/>
        <w:spacing w:before="160"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 xml:space="preserve">6.  </w:t>
      </w:r>
      <w:r w:rsidRPr="00B45D74">
        <w:rPr>
          <w:rFonts w:asciiTheme="majorHAnsi" w:hAnsiTheme="majorHAnsi" w:cstheme="majorHAnsi"/>
          <w:b/>
          <w:bCs/>
          <w:color w:val="000000"/>
          <w:sz w:val="22"/>
          <w:szCs w:val="28"/>
        </w:rPr>
        <w:t>Project abstract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 (max 500 words).</w:t>
      </w:r>
    </w:p>
    <w:tbl>
      <w:tblPr>
        <w:tblW w:w="9800" w:type="dxa"/>
        <w:tblBorders>
          <w:top w:val="single" w:sz="5" w:space="0" w:color="9A9A9A"/>
          <w:left w:val="single" w:sz="5" w:space="0" w:color="9A9A9A"/>
          <w:bottom w:val="single" w:sz="5" w:space="0" w:color="9A9A9A"/>
          <w:right w:val="single" w:sz="5" w:space="0" w:color="9A9A9A"/>
        </w:tblBorders>
        <w:tblLayout w:type="fixed"/>
        <w:tblLook w:val="04A0" w:firstRow="1" w:lastRow="0" w:firstColumn="1" w:lastColumn="0" w:noHBand="0" w:noVBand="1"/>
      </w:tblPr>
      <w:tblGrid>
        <w:gridCol w:w="9800"/>
      </w:tblGrid>
      <w:tr w:rsidR="00C70820" w:rsidRPr="009116DE" w14:paraId="5D919707" w14:textId="77777777">
        <w:trPr>
          <w:trHeight w:val="5000"/>
        </w:trPr>
        <w:tc>
          <w:tcPr>
            <w:tcW w:w="9800" w:type="dxa"/>
            <w:shd w:val="clear" w:color="auto" w:fill="F7F9F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CE02253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6 Project Abstract"/>
                <w:tag w:val="A6_PROJECT_ABSTRACT"/>
                <w:id w:val="1053"/>
                <w:lock w:val="sdtLocked"/>
                <w:placeholder>
                  <w:docPart w:val="C3E2FD08A5554ABD8CB6F2193C33AB23"/>
                </w:placeholder>
                <w:showingPlcHdr/>
                <w:text w:multiLine="1"/>
              </w:sdtPr>
              <w:sdtContent>
                <w:r w:rsidR="00B45D74"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Summarise the problem, proposed approach, expected outputs and intended benefit.</w:t>
                </w:r>
              </w:sdtContent>
            </w:sdt>
          </w:p>
        </w:tc>
      </w:tr>
    </w:tbl>
    <w:p w14:paraId="355BCF52" w14:textId="77777777" w:rsidR="00C70820" w:rsidRPr="009116DE" w:rsidRDefault="00000000">
      <w:pPr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sz w:val="22"/>
          <w:szCs w:val="28"/>
        </w:rPr>
        <w:br w:type="page"/>
      </w:r>
    </w:p>
    <w:p w14:paraId="1E2D4639" w14:textId="69140B7F" w:rsidR="00C70820" w:rsidRPr="00293F95" w:rsidRDefault="00000000">
      <w:pPr>
        <w:keepNext/>
        <w:rPr>
          <w:rFonts w:asciiTheme="majorHAnsi" w:hAnsiTheme="majorHAnsi" w:cstheme="majorHAnsi"/>
          <w:color w:val="000000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lastRenderedPageBreak/>
        <w:t xml:space="preserve">7.  </w:t>
      </w:r>
      <w:r w:rsidRPr="00B45D74">
        <w:rPr>
          <w:rFonts w:asciiTheme="majorHAnsi" w:hAnsiTheme="majorHAnsi" w:cstheme="majorHAnsi"/>
          <w:b/>
          <w:bCs/>
          <w:color w:val="000000"/>
          <w:sz w:val="22"/>
          <w:szCs w:val="28"/>
        </w:rPr>
        <w:t>Background, rationale, objectives and originality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>. Refer to relevant work or similar projects, identify the gap or challenge, state the objectives, and explain what is new about the proposed research (max 700 words).</w:t>
      </w:r>
    </w:p>
    <w:tbl>
      <w:tblPr>
        <w:tblW w:w="9800" w:type="dxa"/>
        <w:tblBorders>
          <w:top w:val="single" w:sz="5" w:space="0" w:color="9A9A9A"/>
          <w:left w:val="single" w:sz="5" w:space="0" w:color="9A9A9A"/>
          <w:bottom w:val="single" w:sz="5" w:space="0" w:color="9A9A9A"/>
          <w:right w:val="single" w:sz="5" w:space="0" w:color="9A9A9A"/>
        </w:tblBorders>
        <w:tblLayout w:type="fixed"/>
        <w:tblLook w:val="04A0" w:firstRow="1" w:lastRow="0" w:firstColumn="1" w:lastColumn="0" w:noHBand="0" w:noVBand="1"/>
      </w:tblPr>
      <w:tblGrid>
        <w:gridCol w:w="9800"/>
      </w:tblGrid>
      <w:tr w:rsidR="00C70820" w:rsidRPr="009116DE" w14:paraId="7144D83A" w14:textId="77777777">
        <w:trPr>
          <w:trHeight w:val="7600"/>
        </w:trPr>
        <w:tc>
          <w:tcPr>
            <w:tcW w:w="9800" w:type="dxa"/>
            <w:shd w:val="clear" w:color="auto" w:fill="F7F9F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9EBAC7B" w14:textId="1B038142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7 Rationale Objectives Originality"/>
                <w:tag w:val="A7_RATIONALE_OBJECTIVES_ORIGINALITY"/>
                <w:id w:val="1054"/>
                <w:lock w:val="sdtLocked"/>
                <w:placeholder>
                  <w:docPart w:val="E456EBBF72E24CBE97F1D84CB94AE92B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Describe the evidence base, research gap, objectives and original contribution.</w:t>
                </w:r>
              </w:sdtContent>
            </w:sdt>
          </w:p>
        </w:tc>
      </w:tr>
    </w:tbl>
    <w:p w14:paraId="79281856" w14:textId="77777777" w:rsidR="00C70820" w:rsidRPr="009116DE" w:rsidRDefault="00000000">
      <w:pPr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sz w:val="22"/>
          <w:szCs w:val="28"/>
        </w:rPr>
        <w:br w:type="page"/>
      </w:r>
    </w:p>
    <w:p w14:paraId="7913A986" w14:textId="03360B8B" w:rsidR="00C70820" w:rsidRPr="009116DE" w:rsidRDefault="00B45D74">
      <w:pPr>
        <w:keepNext/>
        <w:rPr>
          <w:rFonts w:asciiTheme="majorHAnsi" w:hAnsiTheme="majorHAnsi" w:cstheme="majorHAnsi"/>
          <w:sz w:val="22"/>
          <w:szCs w:val="28"/>
        </w:rPr>
      </w:pPr>
      <w:r>
        <w:rPr>
          <w:rFonts w:asciiTheme="majorHAnsi" w:hAnsiTheme="majorHAnsi" w:cstheme="majorHAnsi"/>
          <w:b/>
          <w:color w:val="000000"/>
          <w:sz w:val="22"/>
          <w:szCs w:val="28"/>
        </w:rPr>
        <w:lastRenderedPageBreak/>
        <w:t>8</w:t>
      </w: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 xml:space="preserve">.  </w:t>
      </w:r>
      <w:r w:rsidRPr="00B45D74">
        <w:rPr>
          <w:rFonts w:asciiTheme="majorHAnsi" w:hAnsiTheme="majorHAnsi" w:cstheme="majorHAnsi"/>
          <w:b/>
          <w:bCs/>
          <w:color w:val="000000"/>
          <w:sz w:val="22"/>
          <w:szCs w:val="28"/>
        </w:rPr>
        <w:t>Relevance and expected impact.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 Select all applicable focus areas and technical disciplines. Then explain the importance of the work to spill </w:t>
      </w:r>
      <w:r>
        <w:rPr>
          <w:rFonts w:asciiTheme="majorHAnsi" w:hAnsiTheme="majorHAnsi" w:cstheme="majorHAnsi"/>
          <w:color w:val="000000"/>
          <w:sz w:val="22"/>
          <w:szCs w:val="28"/>
        </w:rPr>
        <w:t>related matters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, including the expected scientific, environmental, operational or societal benefits (max </w:t>
      </w:r>
      <w:r>
        <w:rPr>
          <w:rFonts w:asciiTheme="majorHAnsi" w:hAnsiTheme="majorHAnsi" w:cstheme="majorHAnsi"/>
          <w:color w:val="000000"/>
          <w:sz w:val="22"/>
          <w:szCs w:val="28"/>
        </w:rPr>
        <w:t>40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>0 words).</w:t>
      </w:r>
      <w:r w:rsidR="00293F95">
        <w:rPr>
          <w:rFonts w:asciiTheme="majorHAnsi" w:hAnsiTheme="majorHAnsi" w:cstheme="majorHAnsi"/>
          <w:color w:val="000000"/>
          <w:sz w:val="22"/>
          <w:szCs w:val="28"/>
        </w:rPr>
        <w:t xml:space="preserve"> </w:t>
      </w:r>
    </w:p>
    <w:p w14:paraId="459015AE" w14:textId="77777777" w:rsidR="00A960E4" w:rsidRDefault="00A960E4">
      <w:pPr>
        <w:spacing w:after="20"/>
        <w:rPr>
          <w:rFonts w:asciiTheme="majorHAnsi" w:hAnsiTheme="majorHAnsi" w:cstheme="majorHAnsi"/>
          <w:b/>
          <w:color w:val="000000"/>
          <w:sz w:val="22"/>
          <w:szCs w:val="28"/>
        </w:rPr>
      </w:pPr>
    </w:p>
    <w:p w14:paraId="025B6774" w14:textId="4E1638DB" w:rsidR="00C70820" w:rsidRPr="009116DE" w:rsidRDefault="00000000">
      <w:pPr>
        <w:spacing w:after="20"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>ITOPF areas of special interest</w:t>
      </w:r>
    </w:p>
    <w:tbl>
      <w:tblPr>
        <w:tblW w:w="98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2897"/>
        <w:gridCol w:w="4845"/>
        <w:gridCol w:w="50"/>
        <w:gridCol w:w="10"/>
      </w:tblGrid>
      <w:tr w:rsidR="00C70820" w:rsidRPr="009116DE" w14:paraId="588C9DB9" w14:textId="77777777" w:rsidTr="00B45D74">
        <w:tc>
          <w:tcPr>
            <w:tcW w:w="4895" w:type="dxa"/>
            <w:gridSpan w:val="2"/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079C84AB" w14:textId="35398F56" w:rsidR="00C70820" w:rsidRPr="009116DE" w:rsidRDefault="00000000">
            <w:pPr>
              <w:spacing w:after="2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Emerging fuels (including nuclear)"/>
                <w:tag w:val="A8_FOCUS_EMERGING_FUELS_NUCLEAR"/>
                <w:id w:val="10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16DE">
                  <w:rPr>
                    <w:rFonts w:ascii="Segoe UI Symbol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9116DE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 </w:t>
            </w:r>
            <w:r w:rsidR="00B45D74" w:rsidRPr="009116DE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>Emerging fuels (including nuclear)</w:t>
            </w:r>
          </w:p>
          <w:p w14:paraId="1A9A3817" w14:textId="4251703F" w:rsidR="00C70820" w:rsidRPr="009116DE" w:rsidRDefault="00000000">
            <w:pPr>
              <w:spacing w:after="2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Fisheries &amp; mariculture"/>
                <w:tag w:val="A8_FOCUS_FISHERIES_MARICULTURE"/>
                <w:id w:val="105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16DE">
                  <w:rPr>
                    <w:rFonts w:ascii="Segoe UI Symbol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9116DE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 </w:t>
            </w:r>
            <w:r w:rsidR="00B45D74" w:rsidRPr="00B45D74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>Fisheries &amp; mariculture</w:t>
            </w:r>
          </w:p>
          <w:p w14:paraId="29669C05" w14:textId="19F92F0D" w:rsidR="00C70820" w:rsidRPr="009116DE" w:rsidRDefault="00000000" w:rsidP="00B45D74">
            <w:pPr>
              <w:spacing w:after="2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I, remote sensing, autonomous spill response"/>
                <w:tag w:val="A8_FOCUS_AI, REMOTE SENSING, AUTONOMOUS SPILL RESPONSE"/>
                <w:id w:val="10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16DE">
                  <w:rPr>
                    <w:rFonts w:ascii="Segoe UI Symbol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9116DE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 </w:t>
            </w:r>
            <w:r w:rsidR="00B45D74" w:rsidRPr="00B45D74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>AI, remote sensing</w:t>
            </w:r>
            <w:r w:rsidR="00B45D74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, </w:t>
            </w:r>
            <w:r w:rsidR="00B45D74" w:rsidRPr="00B45D74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>autonomous spill</w:t>
            </w:r>
            <w:r w:rsidR="00B45D74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</w:t>
            </w:r>
            <w:r w:rsidR="00B45D74" w:rsidRPr="00B45D74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>response</w:t>
            </w:r>
          </w:p>
        </w:tc>
        <w:tc>
          <w:tcPr>
            <w:tcW w:w="4905" w:type="dxa"/>
            <w:gridSpan w:val="3"/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607C35F5" w14:textId="5A4F16CD" w:rsidR="00C70820" w:rsidRPr="009116DE" w:rsidRDefault="00000000">
            <w:pPr>
              <w:spacing w:after="2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HNS and dangerous goods (containers)"/>
                <w:tag w:val="A8_FOCUS_HNS AND DANGEROUS GOODS (CONTAINERS)"/>
                <w:id w:val="10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16DE">
                  <w:rPr>
                    <w:rFonts w:ascii="Segoe UI Symbol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9116DE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 </w:t>
            </w:r>
            <w:r w:rsidR="00B45D74" w:rsidRPr="00B45D74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>HNS and dangerous goods (containers)</w:t>
            </w:r>
          </w:p>
          <w:p w14:paraId="182EDACD" w14:textId="7E1E9E80" w:rsidR="00C70820" w:rsidRPr="009116DE" w:rsidRDefault="00000000">
            <w:pPr>
              <w:spacing w:after="2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Environmental monitoring &amp; recovery"/>
                <w:tag w:val="A8_FOCUS_ENVIRONMENTAL MONITORING &amp; RECOVERY"/>
                <w:id w:val="10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16DE">
                  <w:rPr>
                    <w:rFonts w:ascii="Segoe UI Symbol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9116DE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 </w:t>
            </w:r>
            <w:r w:rsidR="00B45D74" w:rsidRPr="00B45D74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>Environmental monitoring &amp; recovery</w:t>
            </w:r>
          </w:p>
        </w:tc>
      </w:tr>
      <w:tr w:rsidR="00C70820" w:rsidRPr="009116DE" w14:paraId="75B638BC" w14:textId="77777777" w:rsidTr="00B45D74">
        <w:trPr>
          <w:gridAfter w:val="1"/>
          <w:wAfter w:w="10" w:type="dxa"/>
          <w:trHeight w:val="360"/>
        </w:trPr>
        <w:tc>
          <w:tcPr>
            <w:tcW w:w="1998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58BA557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2"/>
                <w:szCs w:val="28"/>
              </w:rPr>
              <w:t>Other focus area</w:t>
            </w:r>
          </w:p>
        </w:tc>
        <w:tc>
          <w:tcPr>
            <w:tcW w:w="7792" w:type="dxa"/>
            <w:gridSpan w:val="3"/>
            <w:tcBorders>
              <w:bottom w:val="single" w:sz="4" w:space="0" w:color="auto"/>
            </w:tcBorders>
            <w:shd w:val="clear" w:color="auto" w:fill="F7F9F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952B9FE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Other focus area"/>
                <w:tag w:val="A9_FOCUS_OTHER_TEXT"/>
                <w:id w:val="1061"/>
                <w:lock w:val="sdtLocked"/>
                <w:placeholder>
                  <w:docPart w:val="FB0005A0EC8149D79C5C064EAF3BD8D2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Click or tap here to enter text.</w:t>
                </w:r>
              </w:sdtContent>
            </w:sdt>
          </w:p>
        </w:tc>
      </w:tr>
      <w:tr w:rsidR="00C70820" w:rsidRPr="009116DE" w14:paraId="241900C4" w14:textId="77777777" w:rsidTr="00B45D74">
        <w:tblPrEx>
          <w:tblBorders>
            <w:top w:val="single" w:sz="5" w:space="0" w:color="9A9A9A"/>
            <w:left w:val="single" w:sz="5" w:space="0" w:color="9A9A9A"/>
            <w:bottom w:val="single" w:sz="5" w:space="0" w:color="9A9A9A"/>
            <w:right w:val="single" w:sz="5" w:space="0" w:color="9A9A9A"/>
            <w:insideH w:val="none" w:sz="0" w:space="0" w:color="auto"/>
            <w:insideV w:val="none" w:sz="0" w:space="0" w:color="auto"/>
          </w:tblBorders>
        </w:tblPrEx>
        <w:trPr>
          <w:gridAfter w:val="2"/>
          <w:wAfter w:w="60" w:type="dxa"/>
          <w:trHeight w:val="2350"/>
        </w:trPr>
        <w:tc>
          <w:tcPr>
            <w:tcW w:w="9740" w:type="dxa"/>
            <w:gridSpan w:val="3"/>
            <w:shd w:val="clear" w:color="auto" w:fill="F7F9F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9238E5B" w14:textId="4C634942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9 Relevance Expected Impact"/>
                <w:tag w:val="A9_RELEVANCE_EXPECTED_IMPACT"/>
                <w:id w:val="1077"/>
                <w:lock w:val="sdtLocked"/>
                <w:placeholder>
                  <w:docPart w:val="7B8B9FCA05224CC7A51A121EB624EF21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Explain the relevance to ITOPF and the expected benefits, users and practical or scientific impact</w:t>
                </w:r>
                <w:r w:rsidR="00B45D74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 xml:space="preserve"> </w:t>
                </w:r>
                <w:r w:rsidR="00B45D74" w:rsidRPr="00B45D74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(max 400 words)</w:t>
                </w:r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.</w:t>
                </w:r>
              </w:sdtContent>
            </w:sdt>
          </w:p>
        </w:tc>
      </w:tr>
    </w:tbl>
    <w:p w14:paraId="6E3F3285" w14:textId="77777777" w:rsidR="00C70820" w:rsidRPr="009116DE" w:rsidRDefault="00000000">
      <w:pPr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sz w:val="22"/>
          <w:szCs w:val="28"/>
        </w:rPr>
        <w:br w:type="page"/>
      </w:r>
    </w:p>
    <w:p w14:paraId="098217EC" w14:textId="714988CB" w:rsidR="00C70820" w:rsidRPr="009116DE" w:rsidRDefault="007C37A8">
      <w:pPr>
        <w:keepNext/>
        <w:rPr>
          <w:rFonts w:asciiTheme="majorHAnsi" w:hAnsiTheme="majorHAnsi" w:cstheme="majorHAnsi"/>
          <w:sz w:val="22"/>
          <w:szCs w:val="28"/>
        </w:rPr>
      </w:pPr>
      <w:r>
        <w:rPr>
          <w:rFonts w:asciiTheme="majorHAnsi" w:hAnsiTheme="majorHAnsi" w:cstheme="majorHAnsi"/>
          <w:b/>
          <w:color w:val="000000"/>
          <w:sz w:val="22"/>
          <w:szCs w:val="28"/>
        </w:rPr>
        <w:lastRenderedPageBreak/>
        <w:t>9</w:t>
      </w: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 xml:space="preserve">.  </w:t>
      </w:r>
      <w:r w:rsidRPr="007C37A8">
        <w:rPr>
          <w:rFonts w:asciiTheme="majorHAnsi" w:hAnsiTheme="majorHAnsi" w:cstheme="majorHAnsi"/>
          <w:b/>
          <w:bCs/>
          <w:color w:val="000000"/>
          <w:sz w:val="22"/>
          <w:szCs w:val="28"/>
        </w:rPr>
        <w:t>Institutional experience.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 Summarise relevant experience of the lead organisation in up to 100 words and each partner organisation in up to 70 words. Attach additional pages if necessary.</w:t>
      </w:r>
    </w:p>
    <w:tbl>
      <w:tblPr>
        <w:tblW w:w="9800" w:type="dxa"/>
        <w:tblBorders>
          <w:top w:val="single" w:sz="5" w:space="0" w:color="9A9A9A"/>
          <w:left w:val="single" w:sz="5" w:space="0" w:color="9A9A9A"/>
          <w:bottom w:val="single" w:sz="5" w:space="0" w:color="9A9A9A"/>
          <w:right w:val="single" w:sz="5" w:space="0" w:color="9A9A9A"/>
        </w:tblBorders>
        <w:tblLayout w:type="fixed"/>
        <w:tblLook w:val="04A0" w:firstRow="1" w:lastRow="0" w:firstColumn="1" w:lastColumn="0" w:noHBand="0" w:noVBand="1"/>
      </w:tblPr>
      <w:tblGrid>
        <w:gridCol w:w="9800"/>
      </w:tblGrid>
      <w:tr w:rsidR="00C70820" w:rsidRPr="009116DE" w14:paraId="4B1E8F0B" w14:textId="77777777">
        <w:trPr>
          <w:trHeight w:val="8000"/>
        </w:trPr>
        <w:tc>
          <w:tcPr>
            <w:tcW w:w="9800" w:type="dxa"/>
            <w:shd w:val="clear" w:color="auto" w:fill="F7F9F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EDC7919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9 Institutional Experience"/>
                <w:tag w:val="A9_INSTITUTIONAL_EXPERIENCE"/>
                <w:id w:val="1078"/>
                <w:lock w:val="sdtLocked"/>
                <w:placeholder>
                  <w:docPart w:val="C2FA3BF21920466286C1D1BF8C6BE1C6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Identify the organisation, relevant facilities/capability and comparable work.</w:t>
                </w:r>
              </w:sdtContent>
            </w:sdt>
          </w:p>
        </w:tc>
      </w:tr>
    </w:tbl>
    <w:p w14:paraId="6E628677" w14:textId="77777777" w:rsidR="00C70820" w:rsidRPr="009116DE" w:rsidRDefault="00000000">
      <w:pPr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sz w:val="22"/>
          <w:szCs w:val="28"/>
        </w:rPr>
        <w:br w:type="page"/>
      </w:r>
    </w:p>
    <w:p w14:paraId="54CD6B88" w14:textId="1CB2A8FE" w:rsidR="00C70820" w:rsidRPr="009116DE" w:rsidRDefault="00000000">
      <w:pPr>
        <w:keepNext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lastRenderedPageBreak/>
        <w:t>1</w:t>
      </w:r>
      <w:r w:rsidR="007C37A8">
        <w:rPr>
          <w:rFonts w:asciiTheme="majorHAnsi" w:hAnsiTheme="majorHAnsi" w:cstheme="majorHAnsi"/>
          <w:b/>
          <w:color w:val="000000"/>
          <w:sz w:val="22"/>
          <w:szCs w:val="28"/>
        </w:rPr>
        <w:t>0</w:t>
      </w: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 xml:space="preserve">.  </w:t>
      </w:r>
      <w:r w:rsidRPr="007C37A8">
        <w:rPr>
          <w:rFonts w:asciiTheme="majorHAnsi" w:hAnsiTheme="majorHAnsi" w:cstheme="majorHAnsi"/>
          <w:b/>
          <w:bCs/>
          <w:color w:val="000000"/>
          <w:sz w:val="22"/>
          <w:szCs w:val="28"/>
        </w:rPr>
        <w:t>Applicant experience.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 Summarise the relevant experience of each applicant in up to 70 words per applicant. Attach CVs for all listed project staff.</w:t>
      </w:r>
    </w:p>
    <w:tbl>
      <w:tblPr>
        <w:tblW w:w="9800" w:type="dxa"/>
        <w:tblBorders>
          <w:top w:val="single" w:sz="5" w:space="0" w:color="9A9A9A"/>
          <w:left w:val="single" w:sz="5" w:space="0" w:color="9A9A9A"/>
          <w:bottom w:val="single" w:sz="5" w:space="0" w:color="9A9A9A"/>
          <w:right w:val="single" w:sz="5" w:space="0" w:color="9A9A9A"/>
        </w:tblBorders>
        <w:tblLayout w:type="fixed"/>
        <w:tblLook w:val="04A0" w:firstRow="1" w:lastRow="0" w:firstColumn="1" w:lastColumn="0" w:noHBand="0" w:noVBand="1"/>
      </w:tblPr>
      <w:tblGrid>
        <w:gridCol w:w="9800"/>
      </w:tblGrid>
      <w:tr w:rsidR="00C70820" w:rsidRPr="009116DE" w14:paraId="764CBEE7" w14:textId="77777777">
        <w:trPr>
          <w:trHeight w:val="8100"/>
        </w:trPr>
        <w:tc>
          <w:tcPr>
            <w:tcW w:w="9800" w:type="dxa"/>
            <w:shd w:val="clear" w:color="auto" w:fill="F7F9F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7A31440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10 Applicant Experience"/>
                <w:tag w:val="A10_APPLICANT_EXPERIENCE"/>
                <w:id w:val="1079"/>
                <w:lock w:val="sdtLocked"/>
                <w:placeholder>
                  <w:docPart w:val="E34F9925AE4B451B8A0FAC8C385A3212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Use a separate short paragraph for each applicant, beginning with the applicant's name.</w:t>
                </w:r>
              </w:sdtContent>
            </w:sdt>
          </w:p>
        </w:tc>
      </w:tr>
    </w:tbl>
    <w:p w14:paraId="79449415" w14:textId="77777777" w:rsidR="00C70820" w:rsidRPr="009116DE" w:rsidRDefault="00000000">
      <w:pPr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sz w:val="22"/>
          <w:szCs w:val="28"/>
        </w:rPr>
        <w:br w:type="page"/>
      </w:r>
    </w:p>
    <w:p w14:paraId="56F1E6AF" w14:textId="49449DB3" w:rsidR="00C70820" w:rsidRPr="009116DE" w:rsidRDefault="00000000">
      <w:pPr>
        <w:keepNext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lastRenderedPageBreak/>
        <w:t>1</w:t>
      </w:r>
      <w:r w:rsidR="007C37A8">
        <w:rPr>
          <w:rFonts w:asciiTheme="majorHAnsi" w:hAnsiTheme="majorHAnsi" w:cstheme="majorHAnsi"/>
          <w:b/>
          <w:color w:val="000000"/>
          <w:sz w:val="22"/>
          <w:szCs w:val="28"/>
        </w:rPr>
        <w:t>1</w:t>
      </w: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 xml:space="preserve">.  </w:t>
      </w:r>
      <w:r w:rsidRPr="007C37A8">
        <w:rPr>
          <w:rFonts w:asciiTheme="majorHAnsi" w:hAnsiTheme="majorHAnsi" w:cstheme="majorHAnsi"/>
          <w:b/>
          <w:bCs/>
          <w:color w:val="000000"/>
          <w:sz w:val="22"/>
          <w:szCs w:val="28"/>
        </w:rPr>
        <w:t>Funding requested.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 ITOPF funding is limited to £</w:t>
      </w:r>
      <w:r w:rsidR="007C37A8">
        <w:rPr>
          <w:rFonts w:asciiTheme="majorHAnsi" w:hAnsiTheme="majorHAnsi" w:cstheme="majorHAnsi"/>
          <w:color w:val="000000"/>
          <w:sz w:val="22"/>
          <w:szCs w:val="28"/>
        </w:rPr>
        <w:t>7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>0,000 for short-term projects. Enter the request in local currency, if applicable, and GBP at the current exchange rate. All payments are made in GBP.</w:t>
      </w:r>
    </w:p>
    <w:tbl>
      <w:tblPr>
        <w:tblW w:w="98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989"/>
        <w:gridCol w:w="3486"/>
        <w:gridCol w:w="3287"/>
        <w:gridCol w:w="38"/>
      </w:tblGrid>
      <w:tr w:rsidR="00C70820" w:rsidRPr="009116DE" w14:paraId="21E57623" w14:textId="77777777" w:rsidTr="007C37A8">
        <w:trPr>
          <w:trHeight w:val="380"/>
        </w:trPr>
        <w:tc>
          <w:tcPr>
            <w:tcW w:w="298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92BA78F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2"/>
                <w:szCs w:val="28"/>
              </w:rPr>
              <w:t>Local currency code (for example, EUR)</w:t>
            </w:r>
          </w:p>
        </w:tc>
        <w:tc>
          <w:tcPr>
            <w:tcW w:w="6811" w:type="dxa"/>
            <w:gridSpan w:val="3"/>
            <w:shd w:val="clear" w:color="auto" w:fill="F7F9F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AC7E693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Local currency code (for example, EUR)"/>
                <w:tag w:val="A11_LOCAL_CURRENCY_CODE"/>
                <w:id w:val="1080"/>
                <w:lock w:val="sdtLocked"/>
                <w:placeholder>
                  <w:docPart w:val="91C0974A0087402F8413303FD3037D17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Click or tap here to enter text.</w:t>
                </w:r>
              </w:sdtContent>
            </w:sdt>
          </w:p>
        </w:tc>
      </w:tr>
      <w:tr w:rsidR="00C70820" w:rsidRPr="009116DE" w14:paraId="54F65822" w14:textId="77777777" w:rsidTr="007C37A8">
        <w:tblPrEx>
          <w:tblBorders>
            <w:top w:val="single" w:sz="5" w:space="0" w:color="707070"/>
            <w:left w:val="single" w:sz="5" w:space="0" w:color="707070"/>
            <w:bottom w:val="single" w:sz="5" w:space="0" w:color="707070"/>
            <w:right w:val="single" w:sz="5" w:space="0" w:color="707070"/>
            <w:insideH w:val="single" w:sz="5" w:space="0" w:color="707070"/>
            <w:insideV w:val="single" w:sz="5" w:space="0" w:color="707070"/>
          </w:tblBorders>
        </w:tblPrEx>
        <w:trPr>
          <w:gridAfter w:val="1"/>
          <w:wAfter w:w="38" w:type="dxa"/>
          <w:tblHeader/>
        </w:trPr>
        <w:tc>
          <w:tcPr>
            <w:tcW w:w="2989" w:type="dxa"/>
            <w:shd w:val="clear" w:color="auto" w:fill="F2F2F2"/>
          </w:tcPr>
          <w:p w14:paraId="7AF1E34B" w14:textId="77777777" w:rsidR="00C70820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0"/>
                <w:szCs w:val="28"/>
              </w:rPr>
              <w:t>ITOPF R&amp;D Award</w:t>
            </w:r>
          </w:p>
        </w:tc>
        <w:tc>
          <w:tcPr>
            <w:tcW w:w="3486" w:type="dxa"/>
            <w:shd w:val="clear" w:color="auto" w:fill="F2F2F2"/>
          </w:tcPr>
          <w:p w14:paraId="2CA9B87F" w14:textId="77777777" w:rsidR="00C70820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0"/>
                <w:szCs w:val="28"/>
              </w:rPr>
              <w:t>Amount in local currency</w:t>
            </w:r>
          </w:p>
        </w:tc>
        <w:tc>
          <w:tcPr>
            <w:tcW w:w="3287" w:type="dxa"/>
            <w:shd w:val="clear" w:color="auto" w:fill="F2F2F2"/>
          </w:tcPr>
          <w:p w14:paraId="0617AA8B" w14:textId="77777777" w:rsidR="00C70820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0"/>
                <w:szCs w:val="28"/>
              </w:rPr>
              <w:t>Amount in GBP</w:t>
            </w:r>
          </w:p>
        </w:tc>
      </w:tr>
      <w:tr w:rsidR="00C70820" w:rsidRPr="009116DE" w14:paraId="0D88E2BA" w14:textId="77777777" w:rsidTr="007C37A8">
        <w:tblPrEx>
          <w:tblBorders>
            <w:top w:val="single" w:sz="5" w:space="0" w:color="707070"/>
            <w:left w:val="single" w:sz="5" w:space="0" w:color="707070"/>
            <w:bottom w:val="single" w:sz="5" w:space="0" w:color="707070"/>
            <w:right w:val="single" w:sz="5" w:space="0" w:color="707070"/>
            <w:insideH w:val="single" w:sz="5" w:space="0" w:color="707070"/>
            <w:insideV w:val="single" w:sz="5" w:space="0" w:color="707070"/>
          </w:tblBorders>
        </w:tblPrEx>
        <w:trPr>
          <w:gridAfter w:val="1"/>
          <w:wAfter w:w="38" w:type="dxa"/>
          <w:trHeight w:val="360"/>
        </w:trPr>
        <w:tc>
          <w:tcPr>
            <w:tcW w:w="29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9FEEB1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color w:val="000000"/>
                <w:sz w:val="20"/>
                <w:szCs w:val="28"/>
              </w:rPr>
              <w:t>Year 1</w:t>
            </w:r>
          </w:p>
        </w:tc>
        <w:tc>
          <w:tcPr>
            <w:tcW w:w="3486" w:type="dxa"/>
            <w:shd w:val="clear" w:color="auto" w:fill="F7F9F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94A3B6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ITOPF Year 1: LOCAL"/>
                <w:tag w:val="A11_ITOPF_YEAR_1_LOCAL"/>
                <w:id w:val="1081"/>
                <w:lock w:val="sdtLocked"/>
                <w:placeholder>
                  <w:docPart w:val="DAF8C1B305F54C7F82A79E174B58D3DD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Amount</w:t>
                </w:r>
              </w:sdtContent>
            </w:sdt>
          </w:p>
        </w:tc>
        <w:tc>
          <w:tcPr>
            <w:tcW w:w="3287" w:type="dxa"/>
            <w:shd w:val="clear" w:color="auto" w:fill="F7F9F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596BC8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ITOPF Year 1: GBP"/>
                <w:tag w:val="A11_ITOPF_YEAR_1_GBP"/>
                <w:id w:val="1082"/>
                <w:lock w:val="sdtLocked"/>
                <w:placeholder>
                  <w:docPart w:val="293398BA7A9F4E51AD7E1CD58BAA2BA2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Amount</w:t>
                </w:r>
              </w:sdtContent>
            </w:sdt>
          </w:p>
        </w:tc>
      </w:tr>
      <w:tr w:rsidR="00C70820" w:rsidRPr="009116DE" w14:paraId="068009D1" w14:textId="77777777" w:rsidTr="007C37A8">
        <w:tblPrEx>
          <w:tblBorders>
            <w:top w:val="single" w:sz="5" w:space="0" w:color="707070"/>
            <w:left w:val="single" w:sz="5" w:space="0" w:color="707070"/>
            <w:bottom w:val="single" w:sz="5" w:space="0" w:color="707070"/>
            <w:right w:val="single" w:sz="5" w:space="0" w:color="707070"/>
            <w:insideH w:val="single" w:sz="5" w:space="0" w:color="707070"/>
            <w:insideV w:val="single" w:sz="5" w:space="0" w:color="707070"/>
          </w:tblBorders>
        </w:tblPrEx>
        <w:trPr>
          <w:gridAfter w:val="1"/>
          <w:wAfter w:w="38" w:type="dxa"/>
          <w:trHeight w:val="360"/>
        </w:trPr>
        <w:tc>
          <w:tcPr>
            <w:tcW w:w="29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6EB1D7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color w:val="000000"/>
                <w:sz w:val="20"/>
                <w:szCs w:val="28"/>
              </w:rPr>
              <w:t>Year 2</w:t>
            </w:r>
          </w:p>
        </w:tc>
        <w:tc>
          <w:tcPr>
            <w:tcW w:w="3486" w:type="dxa"/>
            <w:shd w:val="clear" w:color="auto" w:fill="F7F9F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A96EC1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ITOPF Year 2: LOCAL"/>
                <w:tag w:val="A11_ITOPF_YEAR_2_LOCAL"/>
                <w:id w:val="1083"/>
                <w:lock w:val="sdtLocked"/>
                <w:placeholder>
                  <w:docPart w:val="BD2F1F2462444C4486C9995970FA2094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Amount</w:t>
                </w:r>
              </w:sdtContent>
            </w:sdt>
          </w:p>
        </w:tc>
        <w:tc>
          <w:tcPr>
            <w:tcW w:w="3287" w:type="dxa"/>
            <w:shd w:val="clear" w:color="auto" w:fill="F7F9F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0AC04D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ITOPF Year 2: GBP"/>
                <w:tag w:val="A11_ITOPF_YEAR_2_GBP"/>
                <w:id w:val="1084"/>
                <w:lock w:val="sdtLocked"/>
                <w:placeholder>
                  <w:docPart w:val="00018C6EFC1C44E9B682A7A79C770B88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Amount</w:t>
                </w:r>
              </w:sdtContent>
            </w:sdt>
          </w:p>
        </w:tc>
      </w:tr>
      <w:tr w:rsidR="00C70820" w:rsidRPr="009116DE" w14:paraId="290E3209" w14:textId="77777777" w:rsidTr="007C37A8">
        <w:tblPrEx>
          <w:tblBorders>
            <w:top w:val="single" w:sz="5" w:space="0" w:color="707070"/>
            <w:left w:val="single" w:sz="5" w:space="0" w:color="707070"/>
            <w:bottom w:val="single" w:sz="5" w:space="0" w:color="707070"/>
            <w:right w:val="single" w:sz="5" w:space="0" w:color="707070"/>
            <w:insideH w:val="single" w:sz="5" w:space="0" w:color="707070"/>
            <w:insideV w:val="single" w:sz="5" w:space="0" w:color="707070"/>
          </w:tblBorders>
        </w:tblPrEx>
        <w:trPr>
          <w:gridAfter w:val="1"/>
          <w:wAfter w:w="38" w:type="dxa"/>
          <w:trHeight w:val="360"/>
        </w:trPr>
        <w:tc>
          <w:tcPr>
            <w:tcW w:w="29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218888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0"/>
                <w:szCs w:val="28"/>
              </w:rPr>
              <w:t>Total</w:t>
            </w:r>
          </w:p>
        </w:tc>
        <w:tc>
          <w:tcPr>
            <w:tcW w:w="3486" w:type="dxa"/>
            <w:shd w:val="clear" w:color="auto" w:fill="F7F9F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7F699F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ITOPF Total: LOCAL"/>
                <w:tag w:val="A11_ITOPF_TOTAL_LOCAL"/>
                <w:id w:val="1089"/>
                <w:lock w:val="sdtLocked"/>
                <w:placeholder>
                  <w:docPart w:val="AB5274FB3A0E4EDABDDF40C41BC34173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Amount</w:t>
                </w:r>
              </w:sdtContent>
            </w:sdt>
          </w:p>
        </w:tc>
        <w:tc>
          <w:tcPr>
            <w:tcW w:w="3287" w:type="dxa"/>
            <w:shd w:val="clear" w:color="auto" w:fill="F7F9F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03FD02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ITOPF Total: GBP"/>
                <w:tag w:val="A11_ITOPF_TOTAL_GBP"/>
                <w:id w:val="1090"/>
                <w:lock w:val="sdtLocked"/>
                <w:placeholder>
                  <w:docPart w:val="22E9455A6B0A409B96E908165FDB3A9F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Amount</w:t>
                </w:r>
              </w:sdtContent>
            </w:sdt>
          </w:p>
        </w:tc>
      </w:tr>
      <w:tr w:rsidR="00C70820" w:rsidRPr="009116DE" w14:paraId="1B865899" w14:textId="77777777" w:rsidTr="007C37A8">
        <w:trPr>
          <w:trHeight w:val="380"/>
        </w:trPr>
        <w:tc>
          <w:tcPr>
            <w:tcW w:w="298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0A243EF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2"/>
                <w:szCs w:val="28"/>
              </w:rPr>
              <w:t>Exchange rate and date</w:t>
            </w:r>
          </w:p>
        </w:tc>
        <w:tc>
          <w:tcPr>
            <w:tcW w:w="6811" w:type="dxa"/>
            <w:gridSpan w:val="3"/>
            <w:shd w:val="clear" w:color="auto" w:fill="F7F9F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C14F84D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Exchange rate and date"/>
                <w:tag w:val="A11_EXCHANGE_RATE_AND_DATE"/>
                <w:id w:val="1091"/>
                <w:lock w:val="sdtLocked"/>
                <w:placeholder>
                  <w:docPart w:val="01228209A0FE497CA9BC41CBF0959124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Click or tap here to enter text.</w:t>
                </w:r>
              </w:sdtContent>
            </w:sdt>
          </w:p>
        </w:tc>
      </w:tr>
    </w:tbl>
    <w:p w14:paraId="19609736" w14:textId="77777777" w:rsidR="0018077D" w:rsidRDefault="0018077D">
      <w:pPr>
        <w:spacing w:before="60" w:after="40"/>
        <w:rPr>
          <w:rFonts w:asciiTheme="majorHAnsi" w:hAnsiTheme="majorHAnsi" w:cstheme="majorHAnsi"/>
          <w:b/>
          <w:color w:val="000000"/>
          <w:sz w:val="20"/>
          <w:szCs w:val="28"/>
        </w:rPr>
      </w:pPr>
    </w:p>
    <w:p w14:paraId="0C01A905" w14:textId="37DF1A6D" w:rsidR="00C70820" w:rsidRPr="009116DE" w:rsidRDefault="00000000">
      <w:pPr>
        <w:spacing w:before="60" w:after="40"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0"/>
          <w:szCs w:val="28"/>
        </w:rPr>
        <w:t xml:space="preserve">Additional funding has been sought or secured:    </w:t>
      </w:r>
      <w:sdt>
        <w:sdtPr>
          <w:rPr>
            <w:rFonts w:asciiTheme="majorHAnsi" w:hAnsiTheme="majorHAnsi" w:cstheme="majorHAnsi"/>
            <w:sz w:val="22"/>
            <w:szCs w:val="28"/>
          </w:rPr>
          <w:alias w:val="Yes"/>
          <w:tag w:val="A11_ADDITIONAL_FUNDING_YES"/>
          <w:id w:val="109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077D">
            <w:rPr>
              <w:rFonts w:ascii="MS Gothic" w:eastAsia="MS Gothic" w:hAnsi="MS Gothic" w:cstheme="majorHAnsi" w:hint="eastAsia"/>
              <w:sz w:val="22"/>
              <w:szCs w:val="28"/>
            </w:rPr>
            <w:t>☐</w:t>
          </w:r>
        </w:sdtContent>
      </w:sdt>
      <w:r w:rsidRPr="009116DE">
        <w:rPr>
          <w:rFonts w:asciiTheme="majorHAnsi" w:hAnsiTheme="majorHAnsi" w:cstheme="majorHAnsi"/>
          <w:color w:val="000000"/>
          <w:sz w:val="20"/>
          <w:szCs w:val="28"/>
        </w:rPr>
        <w:t xml:space="preserve">  Yes      </w:t>
      </w:r>
      <w:sdt>
        <w:sdtPr>
          <w:rPr>
            <w:rFonts w:asciiTheme="majorHAnsi" w:hAnsiTheme="majorHAnsi" w:cstheme="majorHAnsi"/>
            <w:sz w:val="22"/>
            <w:szCs w:val="28"/>
          </w:rPr>
          <w:alias w:val="No"/>
          <w:tag w:val="A11_ADDITIONAL_FUNDING_NO"/>
          <w:id w:val="109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116DE">
            <w:rPr>
              <w:rFonts w:ascii="Segoe UI Symbol" w:hAnsi="Segoe UI Symbol" w:cs="Segoe UI Symbol"/>
              <w:sz w:val="22"/>
              <w:szCs w:val="28"/>
            </w:rPr>
            <w:t>☐</w:t>
          </w:r>
        </w:sdtContent>
      </w:sdt>
      <w:r w:rsidRPr="009116DE">
        <w:rPr>
          <w:rFonts w:asciiTheme="majorHAnsi" w:hAnsiTheme="majorHAnsi" w:cstheme="majorHAnsi"/>
          <w:color w:val="000000"/>
          <w:sz w:val="20"/>
          <w:szCs w:val="28"/>
        </w:rPr>
        <w:t xml:space="preserve">  No</w:t>
      </w:r>
    </w:p>
    <w:tbl>
      <w:tblPr>
        <w:tblW w:w="9800" w:type="dxa"/>
        <w:tblBorders>
          <w:top w:val="single" w:sz="5" w:space="0" w:color="707070"/>
          <w:left w:val="single" w:sz="5" w:space="0" w:color="707070"/>
          <w:bottom w:val="single" w:sz="5" w:space="0" w:color="707070"/>
          <w:right w:val="single" w:sz="5" w:space="0" w:color="707070"/>
          <w:insideH w:val="single" w:sz="5" w:space="0" w:color="707070"/>
          <w:insideV w:val="single" w:sz="5" w:space="0" w:color="707070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1900"/>
        <w:gridCol w:w="1800"/>
        <w:gridCol w:w="1050"/>
        <w:gridCol w:w="1450"/>
        <w:gridCol w:w="1950"/>
      </w:tblGrid>
      <w:tr w:rsidR="00C70820" w:rsidRPr="009116DE" w14:paraId="36D83D42" w14:textId="77777777">
        <w:trPr>
          <w:tblHeader/>
        </w:trPr>
        <w:tc>
          <w:tcPr>
            <w:tcW w:w="1650" w:type="dxa"/>
            <w:shd w:val="clear" w:color="auto" w:fill="F2F2F2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6BDEA93" w14:textId="77777777" w:rsidR="00C70820" w:rsidRPr="009116DE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18"/>
                <w:szCs w:val="28"/>
              </w:rPr>
              <w:t>Funding institution</w:t>
            </w:r>
          </w:p>
        </w:tc>
        <w:tc>
          <w:tcPr>
            <w:tcW w:w="1900" w:type="dxa"/>
            <w:shd w:val="clear" w:color="auto" w:fill="F2F2F2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EDCE75D" w14:textId="77777777" w:rsidR="00C70820" w:rsidRPr="009116DE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18"/>
                <w:szCs w:val="28"/>
              </w:rPr>
              <w:t>Purpose</w:t>
            </w:r>
          </w:p>
        </w:tc>
        <w:tc>
          <w:tcPr>
            <w:tcW w:w="1800" w:type="dxa"/>
            <w:shd w:val="clear" w:color="auto" w:fill="F2F2F2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BA4AC14" w14:textId="77777777" w:rsidR="00C70820" w:rsidRPr="009116DE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18"/>
                <w:szCs w:val="28"/>
              </w:rPr>
              <w:t>Amount (local)</w:t>
            </w:r>
          </w:p>
        </w:tc>
        <w:tc>
          <w:tcPr>
            <w:tcW w:w="1050" w:type="dxa"/>
            <w:shd w:val="clear" w:color="auto" w:fill="F2F2F2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76A7E8B" w14:textId="77777777" w:rsidR="00C70820" w:rsidRPr="009116DE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18"/>
                <w:szCs w:val="28"/>
              </w:rPr>
              <w:t>Currency</w:t>
            </w:r>
          </w:p>
        </w:tc>
        <w:tc>
          <w:tcPr>
            <w:tcW w:w="1450" w:type="dxa"/>
            <w:shd w:val="clear" w:color="auto" w:fill="F2F2F2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B8556F7" w14:textId="77777777" w:rsidR="00C70820" w:rsidRPr="009116DE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18"/>
                <w:szCs w:val="28"/>
              </w:rPr>
              <w:t>Status</w:t>
            </w:r>
          </w:p>
        </w:tc>
        <w:tc>
          <w:tcPr>
            <w:tcW w:w="1950" w:type="dxa"/>
            <w:shd w:val="clear" w:color="auto" w:fill="F2F2F2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5660B9D" w14:textId="77777777" w:rsidR="00C70820" w:rsidRPr="009116DE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18"/>
                <w:szCs w:val="28"/>
              </w:rPr>
              <w:t>Amount (GBP)</w:t>
            </w:r>
          </w:p>
        </w:tc>
      </w:tr>
      <w:tr w:rsidR="00C70820" w:rsidRPr="009116DE" w14:paraId="78FC1861" w14:textId="77777777">
        <w:trPr>
          <w:trHeight w:val="580"/>
        </w:trPr>
        <w:tc>
          <w:tcPr>
            <w:tcW w:w="165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0B2E1CC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1: Funding institution"/>
                <w:tag w:val="A11_ADDITIONAL_SOURCE_01_INSTITUTION"/>
                <w:id w:val="1094"/>
                <w:lock w:val="sdtLocked"/>
                <w:placeholder>
                  <w:docPart w:val="AB0C53A8460141BDA02E51219DFBEEDC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90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98D1A44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1: Purpose"/>
                <w:tag w:val="A11_ADDITIONAL_SOURCE_01_PURPOSE"/>
                <w:id w:val="1095"/>
                <w:lock w:val="sdtLocked"/>
                <w:placeholder>
                  <w:docPart w:val="8E05E2B203BA46C6A408EA49F1C35BE0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80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5355D4D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1: Amount local"/>
                <w:tag w:val="A11_ADDITIONAL_SOURCE_01_AMOUNT_LOCAL"/>
                <w:id w:val="1096"/>
                <w:lock w:val="sdtLocked"/>
                <w:placeholder>
                  <w:docPart w:val="EC82E490A016416AA785973FE819F2DE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05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B490818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1: Currency code"/>
                <w:tag w:val="A11_ADDITIONAL_SOURCE_01_CURRENCY_CODE"/>
                <w:id w:val="1097"/>
                <w:lock w:val="sdtLocked"/>
                <w:placeholder>
                  <w:docPart w:val="9968EBAFE5964E189B395725C77C8B61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45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BC8789A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1: Status: sought, pending or confirmed"/>
                <w:tag w:val="A11_ADDITIONAL_SOURCE_01_CONFIRMED_STATUS"/>
                <w:id w:val="1098"/>
                <w:lock w:val="sdtLocked"/>
                <w:placeholder>
                  <w:docPart w:val="A3F345C9309A4C9686BC75FE2A1DAC69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95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4C79DC4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1: Amount GBP"/>
                <w:tag w:val="A11_ADDITIONAL_SOURCE_01_AMOUNT_GBP"/>
                <w:id w:val="1099"/>
                <w:lock w:val="sdtLocked"/>
                <w:placeholder>
                  <w:docPart w:val="90F2496F2ABD4D049BC9C4EE1F3027B3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</w:tr>
      <w:tr w:rsidR="00C70820" w:rsidRPr="009116DE" w14:paraId="78E4C93E" w14:textId="77777777">
        <w:trPr>
          <w:trHeight w:val="580"/>
        </w:trPr>
        <w:tc>
          <w:tcPr>
            <w:tcW w:w="165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A403992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2: Funding institution"/>
                <w:tag w:val="A11_ADDITIONAL_SOURCE_02_INSTITUTION"/>
                <w:id w:val="1100"/>
                <w:lock w:val="sdtLocked"/>
                <w:placeholder>
                  <w:docPart w:val="BEA4ADB5881B4BD8BC2D28235B175239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90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CED8B75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2: Purpose"/>
                <w:tag w:val="A11_ADDITIONAL_SOURCE_02_PURPOSE"/>
                <w:id w:val="1101"/>
                <w:lock w:val="sdtLocked"/>
                <w:placeholder>
                  <w:docPart w:val="9E58DD837FA74267BF8D9555EF9D9CE0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80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00BACE5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2: Amount local"/>
                <w:tag w:val="A11_ADDITIONAL_SOURCE_02_AMOUNT_LOCAL"/>
                <w:id w:val="1102"/>
                <w:lock w:val="sdtLocked"/>
                <w:placeholder>
                  <w:docPart w:val="989916311CF546DB92A97E14A43DC47D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05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AF4992C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2: Currency code"/>
                <w:tag w:val="A11_ADDITIONAL_SOURCE_02_CURRENCY_CODE"/>
                <w:id w:val="1103"/>
                <w:lock w:val="sdtLocked"/>
                <w:placeholder>
                  <w:docPart w:val="63D9A5CCF9A647728C848CBEA8380BE7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45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4A4E782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2: Status: sought, pending or confirmed"/>
                <w:tag w:val="A11_ADDITIONAL_SOURCE_02_CONFIRMED_STATUS"/>
                <w:id w:val="1104"/>
                <w:lock w:val="sdtLocked"/>
                <w:placeholder>
                  <w:docPart w:val="D6FAF247F5644D009FDF1F5C198FC495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95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5521462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2: Amount GBP"/>
                <w:tag w:val="A11_ADDITIONAL_SOURCE_02_AMOUNT_GBP"/>
                <w:id w:val="1105"/>
                <w:lock w:val="sdtLocked"/>
                <w:placeholder>
                  <w:docPart w:val="6454C745ACC54FDA9C6C62B3F67C6C23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</w:tr>
      <w:tr w:rsidR="00C70820" w:rsidRPr="009116DE" w14:paraId="5D9A7029" w14:textId="77777777">
        <w:trPr>
          <w:trHeight w:val="580"/>
        </w:trPr>
        <w:tc>
          <w:tcPr>
            <w:tcW w:w="165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C0940F6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3: Funding institution"/>
                <w:tag w:val="A11_ADDITIONAL_SOURCE_03_INSTITUTION"/>
                <w:id w:val="1106"/>
                <w:lock w:val="sdtLocked"/>
                <w:placeholder>
                  <w:docPart w:val="1A9BA306464849518BA7262BFDB78709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90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A0E1DDF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3: Purpose"/>
                <w:tag w:val="A11_ADDITIONAL_SOURCE_03_PURPOSE"/>
                <w:id w:val="1107"/>
                <w:lock w:val="sdtLocked"/>
                <w:placeholder>
                  <w:docPart w:val="FBA588B2E4154BEE84D04EC725408339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80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A9CBB44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3: Amount local"/>
                <w:tag w:val="A11_ADDITIONAL_SOURCE_03_AMOUNT_LOCAL"/>
                <w:id w:val="1108"/>
                <w:lock w:val="sdtLocked"/>
                <w:placeholder>
                  <w:docPart w:val="3C003FA6A83F452DAFA16CDCE320C4C1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05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9C915F1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3: Currency code"/>
                <w:tag w:val="A11_ADDITIONAL_SOURCE_03_CURRENCY_CODE"/>
                <w:id w:val="1109"/>
                <w:lock w:val="sdtLocked"/>
                <w:placeholder>
                  <w:docPart w:val="3478830FC17543B7B5A518E7E4F0F62E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45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25B8A27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3: Status: sought, pending or confirmed"/>
                <w:tag w:val="A11_ADDITIONAL_SOURCE_03_CONFIRMED_STATUS"/>
                <w:id w:val="1110"/>
                <w:lock w:val="sdtLocked"/>
                <w:placeholder>
                  <w:docPart w:val="5FBF3E31C90248158ED36D86EA1E82AE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  <w:tc>
          <w:tcPr>
            <w:tcW w:w="1950" w:type="dxa"/>
            <w:shd w:val="clear" w:color="auto" w:fill="F7F9F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CCFDE92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dditional source 3: Amount GBP"/>
                <w:tag w:val="A11_ADDITIONAL_SOURCE_03_AMOUNT_GBP"/>
                <w:id w:val="1111"/>
                <w:lock w:val="sdtLocked"/>
                <w:placeholder>
                  <w:docPart w:val="E5655D0D8835486682419A5207485D16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Enter</w:t>
                </w:r>
              </w:sdtContent>
            </w:sdt>
          </w:p>
        </w:tc>
      </w:tr>
    </w:tbl>
    <w:p w14:paraId="5A8C1C3A" w14:textId="77777777" w:rsidR="00C70820" w:rsidRPr="009116DE" w:rsidRDefault="00000000">
      <w:pPr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sz w:val="22"/>
          <w:szCs w:val="28"/>
        </w:rPr>
        <w:br w:type="page"/>
      </w:r>
    </w:p>
    <w:p w14:paraId="4C23D15C" w14:textId="6C329018" w:rsidR="00C70820" w:rsidRPr="009116DE" w:rsidRDefault="00000000">
      <w:pPr>
        <w:keepNext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lastRenderedPageBreak/>
        <w:t>1</w:t>
      </w:r>
      <w:r w:rsidR="0018077D">
        <w:rPr>
          <w:rFonts w:asciiTheme="majorHAnsi" w:hAnsiTheme="majorHAnsi" w:cstheme="majorHAnsi"/>
          <w:b/>
          <w:color w:val="000000"/>
          <w:sz w:val="22"/>
          <w:szCs w:val="28"/>
        </w:rPr>
        <w:t>2</w:t>
      </w: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 xml:space="preserve">.  </w:t>
      </w:r>
      <w:r w:rsidRPr="0018077D">
        <w:rPr>
          <w:rFonts w:asciiTheme="majorHAnsi" w:hAnsiTheme="majorHAnsi" w:cstheme="majorHAnsi"/>
          <w:b/>
          <w:bCs/>
          <w:color w:val="000000"/>
          <w:sz w:val="22"/>
          <w:szCs w:val="28"/>
        </w:rPr>
        <w:t>Description of financial support requested.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 Summarise the elements requiring support, such as equipment, consumables, services, staff or travel</w:t>
      </w:r>
      <w:r w:rsidR="0018077D">
        <w:rPr>
          <w:rFonts w:asciiTheme="majorHAnsi" w:hAnsiTheme="majorHAnsi" w:cstheme="majorHAnsi"/>
          <w:color w:val="000000"/>
          <w:sz w:val="22"/>
          <w:szCs w:val="28"/>
        </w:rPr>
        <w:t xml:space="preserve"> 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>(max 200 words).</w:t>
      </w:r>
    </w:p>
    <w:tbl>
      <w:tblPr>
        <w:tblW w:w="9800" w:type="dxa"/>
        <w:tblBorders>
          <w:top w:val="single" w:sz="5" w:space="0" w:color="9A9A9A"/>
          <w:left w:val="single" w:sz="5" w:space="0" w:color="9A9A9A"/>
          <w:bottom w:val="single" w:sz="5" w:space="0" w:color="9A9A9A"/>
          <w:right w:val="single" w:sz="5" w:space="0" w:color="9A9A9A"/>
        </w:tblBorders>
        <w:tblLayout w:type="fixed"/>
        <w:tblLook w:val="04A0" w:firstRow="1" w:lastRow="0" w:firstColumn="1" w:lastColumn="0" w:noHBand="0" w:noVBand="1"/>
      </w:tblPr>
      <w:tblGrid>
        <w:gridCol w:w="9800"/>
      </w:tblGrid>
      <w:tr w:rsidR="00C70820" w:rsidRPr="009116DE" w14:paraId="0FD83239" w14:textId="77777777">
        <w:trPr>
          <w:trHeight w:val="2300"/>
        </w:trPr>
        <w:tc>
          <w:tcPr>
            <w:tcW w:w="9800" w:type="dxa"/>
            <w:shd w:val="clear" w:color="auto" w:fill="F7F9F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5238CAB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12 Financial Support Description"/>
                <w:tag w:val="A12_FINANCIAL_SUPPORT_DESCRIPTION"/>
                <w:id w:val="1112"/>
                <w:lock w:val="sdtLocked"/>
                <w:placeholder>
                  <w:docPart w:val="8780C6D297E248BCA25E87DE39365FF2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Explain how the requested support relates to delivery of the work.</w:t>
                </w:r>
              </w:sdtContent>
            </w:sdt>
          </w:p>
        </w:tc>
      </w:tr>
    </w:tbl>
    <w:p w14:paraId="49326694" w14:textId="77777777" w:rsidR="0018077D" w:rsidRDefault="0018077D">
      <w:pPr>
        <w:keepNext/>
        <w:spacing w:before="140"/>
        <w:rPr>
          <w:rFonts w:asciiTheme="majorHAnsi" w:hAnsiTheme="majorHAnsi" w:cstheme="majorHAnsi"/>
          <w:b/>
          <w:color w:val="000000"/>
          <w:sz w:val="22"/>
          <w:szCs w:val="28"/>
        </w:rPr>
      </w:pPr>
    </w:p>
    <w:p w14:paraId="740B6DBA" w14:textId="297A0584" w:rsidR="00C70820" w:rsidRPr="009116DE" w:rsidRDefault="00000000">
      <w:pPr>
        <w:keepNext/>
        <w:spacing w:before="140"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>1</w:t>
      </w:r>
      <w:r w:rsidR="0018077D">
        <w:rPr>
          <w:rFonts w:asciiTheme="majorHAnsi" w:hAnsiTheme="majorHAnsi" w:cstheme="majorHAnsi"/>
          <w:b/>
          <w:color w:val="000000"/>
          <w:sz w:val="22"/>
          <w:szCs w:val="28"/>
        </w:rPr>
        <w:t>3</w:t>
      </w: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 xml:space="preserve">.  </w:t>
      </w:r>
      <w:r w:rsidRPr="0018077D">
        <w:rPr>
          <w:rFonts w:asciiTheme="majorHAnsi" w:hAnsiTheme="majorHAnsi" w:cstheme="majorHAnsi"/>
          <w:b/>
          <w:bCs/>
          <w:color w:val="000000"/>
          <w:sz w:val="22"/>
          <w:szCs w:val="28"/>
        </w:rPr>
        <w:t>Risk assessment.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 Attach an assessment of events that could disrupt the project and a contingency plan for material delivery risks.</w:t>
      </w:r>
    </w:p>
    <w:p w14:paraId="757D5B2C" w14:textId="77777777" w:rsidR="00C70820" w:rsidRPr="009116DE" w:rsidRDefault="00000000">
      <w:pPr>
        <w:spacing w:after="100"/>
        <w:rPr>
          <w:rFonts w:asciiTheme="majorHAnsi" w:hAnsiTheme="majorHAnsi" w:cstheme="majorHAnsi"/>
          <w:sz w:val="22"/>
          <w:szCs w:val="28"/>
        </w:rPr>
      </w:pPr>
      <w:sdt>
        <w:sdtPr>
          <w:rPr>
            <w:rFonts w:asciiTheme="majorHAnsi" w:hAnsiTheme="majorHAnsi" w:cstheme="majorHAnsi"/>
            <w:sz w:val="22"/>
            <w:szCs w:val="28"/>
          </w:rPr>
          <w:alias w:val="Risk assessment and contingency plan attached"/>
          <w:tag w:val="A13_RISK_ASSESSMENT_ATTACHED"/>
          <w:id w:val="111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116DE">
            <w:rPr>
              <w:rFonts w:ascii="Segoe UI Symbol" w:hAnsi="Segoe UI Symbol" w:cs="Segoe UI Symbol"/>
              <w:sz w:val="22"/>
              <w:szCs w:val="28"/>
            </w:rPr>
            <w:t>☐</w:t>
          </w:r>
        </w:sdtContent>
      </w:sdt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  Risk assessment and contingency plan attached</w:t>
      </w:r>
    </w:p>
    <w:p w14:paraId="1C635329" w14:textId="77777777" w:rsidR="0018077D" w:rsidRDefault="0018077D">
      <w:pPr>
        <w:keepNext/>
        <w:spacing w:before="100"/>
        <w:rPr>
          <w:rFonts w:asciiTheme="majorHAnsi" w:hAnsiTheme="majorHAnsi" w:cstheme="majorHAnsi"/>
          <w:b/>
          <w:color w:val="000000"/>
          <w:sz w:val="22"/>
          <w:szCs w:val="28"/>
        </w:rPr>
      </w:pPr>
    </w:p>
    <w:p w14:paraId="651FA8AF" w14:textId="15666611" w:rsidR="00C70820" w:rsidRPr="009116DE" w:rsidRDefault="00000000" w:rsidP="0018077D">
      <w:pPr>
        <w:keepNext/>
        <w:spacing w:before="100"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>1</w:t>
      </w:r>
      <w:r w:rsidR="0018077D">
        <w:rPr>
          <w:rFonts w:asciiTheme="majorHAnsi" w:hAnsiTheme="majorHAnsi" w:cstheme="majorHAnsi"/>
          <w:b/>
          <w:color w:val="000000"/>
          <w:sz w:val="22"/>
          <w:szCs w:val="28"/>
        </w:rPr>
        <w:t>4</w:t>
      </w: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 xml:space="preserve">.  </w:t>
      </w:r>
      <w:r w:rsidRPr="0018077D">
        <w:rPr>
          <w:rFonts w:asciiTheme="majorHAnsi" w:hAnsiTheme="majorHAnsi" w:cstheme="majorHAnsi"/>
          <w:b/>
          <w:bCs/>
          <w:color w:val="000000"/>
          <w:sz w:val="22"/>
          <w:szCs w:val="28"/>
        </w:rPr>
        <w:t>Dissemination and knowledge transfer.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 </w:t>
      </w:r>
      <w:r w:rsidR="0018077D" w:rsidRPr="0018077D">
        <w:rPr>
          <w:rFonts w:asciiTheme="majorHAnsi" w:hAnsiTheme="majorHAnsi" w:cstheme="majorHAnsi"/>
          <w:color w:val="000000"/>
          <w:sz w:val="22"/>
          <w:szCs w:val="28"/>
        </w:rPr>
        <w:t>Identify the end-users/beneficiaries of the findings of this research and provide a summary of the dissemination activities planned for the project to ensure effective knowledge transfer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 (max 200 words).</w:t>
      </w:r>
    </w:p>
    <w:tbl>
      <w:tblPr>
        <w:tblW w:w="9800" w:type="dxa"/>
        <w:tblBorders>
          <w:top w:val="single" w:sz="5" w:space="0" w:color="9A9A9A"/>
          <w:left w:val="single" w:sz="5" w:space="0" w:color="9A9A9A"/>
          <w:bottom w:val="single" w:sz="5" w:space="0" w:color="9A9A9A"/>
          <w:right w:val="single" w:sz="5" w:space="0" w:color="9A9A9A"/>
        </w:tblBorders>
        <w:tblLayout w:type="fixed"/>
        <w:tblLook w:val="04A0" w:firstRow="1" w:lastRow="0" w:firstColumn="1" w:lastColumn="0" w:noHBand="0" w:noVBand="1"/>
      </w:tblPr>
      <w:tblGrid>
        <w:gridCol w:w="9800"/>
      </w:tblGrid>
      <w:tr w:rsidR="00C70820" w:rsidRPr="009116DE" w14:paraId="6470673E" w14:textId="77777777">
        <w:trPr>
          <w:trHeight w:val="3600"/>
        </w:trPr>
        <w:tc>
          <w:tcPr>
            <w:tcW w:w="9800" w:type="dxa"/>
            <w:shd w:val="clear" w:color="auto" w:fill="F7F9F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A972B9A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A14 Dissemination And Knowledge Transfer"/>
                <w:tag w:val="A14_DISSEMINATION_AND_KNOWLEDGE_TRANSFER"/>
                <w:id w:val="1114"/>
                <w:lock w:val="sdtLocked"/>
                <w:placeholder>
                  <w:docPart w:val="AEE716CC79314BFDBA84138B1AD5509B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Describe the intended audiences, outputs, channels and timing.</w:t>
                </w:r>
              </w:sdtContent>
            </w:sdt>
          </w:p>
        </w:tc>
      </w:tr>
    </w:tbl>
    <w:p w14:paraId="4735AD7C" w14:textId="77777777" w:rsidR="00C70820" w:rsidRPr="009116DE" w:rsidRDefault="00C70820">
      <w:pPr>
        <w:rPr>
          <w:rFonts w:asciiTheme="majorHAnsi" w:hAnsiTheme="majorHAnsi" w:cstheme="majorHAnsi"/>
          <w:sz w:val="22"/>
          <w:szCs w:val="28"/>
        </w:rPr>
        <w:sectPr w:rsidR="00C70820" w:rsidRPr="009116DE">
          <w:headerReference w:type="default" r:id="rId15"/>
          <w:footerReference w:type="default" r:id="rId16"/>
          <w:pgSz w:w="11906" w:h="16838"/>
          <w:pgMar w:top="1559" w:right="992" w:bottom="822" w:left="992" w:header="227" w:footer="312" w:gutter="0"/>
          <w:pgNumType w:start="1"/>
          <w:cols w:space="720"/>
          <w:docGrid w:linePitch="360"/>
        </w:sectPr>
      </w:pPr>
    </w:p>
    <w:p w14:paraId="714D4077" w14:textId="77777777" w:rsidR="00C70820" w:rsidRPr="009116DE" w:rsidRDefault="00000000">
      <w:pPr>
        <w:keepNext/>
        <w:pBdr>
          <w:bottom w:val="single" w:sz="10" w:space="2" w:color="00A69C"/>
        </w:pBdr>
        <w:spacing w:after="180"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20295A"/>
          <w:sz w:val="32"/>
          <w:szCs w:val="28"/>
        </w:rPr>
        <w:lastRenderedPageBreak/>
        <w:t>SECTION B: Financial proposal</w:t>
      </w:r>
    </w:p>
    <w:p w14:paraId="3BAF0DF1" w14:textId="77777777" w:rsidR="00C70820" w:rsidRPr="009116DE" w:rsidRDefault="00000000">
      <w:pPr>
        <w:keepNext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 xml:space="preserve">1.  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>Currency</w:t>
      </w:r>
    </w:p>
    <w:tbl>
      <w:tblPr>
        <w:tblW w:w="98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4400"/>
      </w:tblGrid>
      <w:tr w:rsidR="00C70820" w:rsidRPr="009116DE" w14:paraId="3151057E" w14:textId="77777777">
        <w:tc>
          <w:tcPr>
            <w:tcW w:w="1800" w:type="dxa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45B6A201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GBP"/>
                <w:tag w:val="B1_CURRENCY_GBP"/>
                <w:id w:val="11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16DE">
                  <w:rPr>
                    <w:rFonts w:ascii="Segoe UI Symbol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9116DE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 GBP</w:t>
            </w:r>
          </w:p>
        </w:tc>
        <w:tc>
          <w:tcPr>
            <w:tcW w:w="1800" w:type="dxa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0A71D6D6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EUR"/>
                <w:tag w:val="B1_CURRENCY_EUR"/>
                <w:id w:val="111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16DE">
                  <w:rPr>
                    <w:rFonts w:ascii="Segoe UI Symbol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9116DE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 EUR</w:t>
            </w:r>
          </w:p>
        </w:tc>
        <w:tc>
          <w:tcPr>
            <w:tcW w:w="1800" w:type="dxa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4C4B7462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USD"/>
                <w:tag w:val="B1_CURRENCY_USD"/>
                <w:id w:val="11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16DE">
                  <w:rPr>
                    <w:rFonts w:ascii="Segoe UI Symbol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9116DE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 USD</w:t>
            </w:r>
          </w:p>
        </w:tc>
        <w:tc>
          <w:tcPr>
            <w:tcW w:w="4400" w:type="dxa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05BCA6A0" w14:textId="1653B9AF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Other"/>
                <w:tag w:val="B1_CURRENCY_OTHER"/>
                <w:id w:val="111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16DE">
                  <w:rPr>
                    <w:rFonts w:ascii="Segoe UI Symbol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9116DE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 Other</w:t>
            </w:r>
            <w:r w:rsidR="00487F31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-</w:t>
            </w:r>
            <w:r w:rsidRPr="009116DE">
              <w:rPr>
                <w:rFonts w:asciiTheme="majorHAnsi" w:hAnsiTheme="majorHAnsi" w:cstheme="majorHAnsi"/>
                <w:color w:val="000000"/>
                <w:sz w:val="22"/>
                <w:szCs w:val="28"/>
              </w:rPr>
              <w:t xml:space="preserve"> Specify: </w:t>
            </w: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Other currency"/>
                <w:tag w:val="B1_CURRENCY_OTHER_TEXT"/>
                <w:id w:val="1119"/>
                <w:lock w:val="sdtLocked"/>
                <w:placeholder>
                  <w:docPart w:val="CB2E0B1DB76240D0A686527B1F7C29FA"/>
                </w:placeholder>
                <w:showingPlcHdr/>
                <w:text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0"/>
                    <w:szCs w:val="28"/>
                  </w:rPr>
                  <w:t>Currency</w:t>
                </w:r>
              </w:sdtContent>
            </w:sdt>
          </w:p>
        </w:tc>
      </w:tr>
    </w:tbl>
    <w:p w14:paraId="11464166" w14:textId="77777777" w:rsidR="0018077D" w:rsidRDefault="0018077D">
      <w:pPr>
        <w:keepNext/>
        <w:spacing w:before="140"/>
        <w:rPr>
          <w:rFonts w:asciiTheme="majorHAnsi" w:hAnsiTheme="majorHAnsi" w:cstheme="majorHAnsi"/>
          <w:b/>
          <w:color w:val="000000"/>
          <w:sz w:val="22"/>
          <w:szCs w:val="28"/>
        </w:rPr>
      </w:pPr>
    </w:p>
    <w:p w14:paraId="0C4C838D" w14:textId="234E635A" w:rsidR="00C70820" w:rsidRPr="009116DE" w:rsidRDefault="00000000">
      <w:pPr>
        <w:keepNext/>
        <w:spacing w:before="140"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2"/>
          <w:szCs w:val="28"/>
        </w:rPr>
        <w:t xml:space="preserve">2.  </w:t>
      </w:r>
      <w:r w:rsidRPr="009116DE">
        <w:rPr>
          <w:rFonts w:asciiTheme="majorHAnsi" w:hAnsiTheme="majorHAnsi" w:cstheme="majorHAnsi"/>
          <w:color w:val="000000"/>
          <w:sz w:val="22"/>
          <w:szCs w:val="28"/>
        </w:rPr>
        <w:t>Breakdown of costs. Enter total expenditure by category for each year.</w:t>
      </w:r>
    </w:p>
    <w:tbl>
      <w:tblPr>
        <w:tblW w:w="9775" w:type="dxa"/>
        <w:tblBorders>
          <w:top w:val="single" w:sz="5" w:space="0" w:color="606060"/>
          <w:left w:val="single" w:sz="5" w:space="0" w:color="606060"/>
          <w:bottom w:val="single" w:sz="5" w:space="0" w:color="606060"/>
          <w:right w:val="single" w:sz="5" w:space="0" w:color="606060"/>
          <w:insideH w:val="single" w:sz="5" w:space="0" w:color="606060"/>
          <w:insideV w:val="single" w:sz="5" w:space="0" w:color="606060"/>
        </w:tblBorders>
        <w:tblLayout w:type="fixed"/>
        <w:tblLook w:val="04A0" w:firstRow="1" w:lastRow="0" w:firstColumn="1" w:lastColumn="0" w:noHBand="0" w:noVBand="1"/>
      </w:tblPr>
      <w:tblGrid>
        <w:gridCol w:w="4797"/>
        <w:gridCol w:w="2489"/>
        <w:gridCol w:w="2489"/>
      </w:tblGrid>
      <w:tr w:rsidR="0018077D" w:rsidRPr="009116DE" w14:paraId="0E4E80F7" w14:textId="77777777" w:rsidTr="00487F31">
        <w:trPr>
          <w:trHeight w:val="620"/>
          <w:tblHeader/>
        </w:trPr>
        <w:tc>
          <w:tcPr>
            <w:tcW w:w="4797" w:type="dxa"/>
            <w:shd w:val="clear" w:color="auto" w:fill="F2F2F2"/>
          </w:tcPr>
          <w:p w14:paraId="6E5F645A" w14:textId="77777777" w:rsidR="0018077D" w:rsidRPr="009116DE" w:rsidRDefault="0018077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0"/>
                <w:szCs w:val="28"/>
              </w:rPr>
              <w:t>Category of expenditure</w:t>
            </w:r>
          </w:p>
        </w:tc>
        <w:tc>
          <w:tcPr>
            <w:tcW w:w="2489" w:type="dxa"/>
            <w:shd w:val="clear" w:color="auto" w:fill="F2F2F2"/>
          </w:tcPr>
          <w:p w14:paraId="5C99D05F" w14:textId="77777777" w:rsidR="0018077D" w:rsidRPr="009116DE" w:rsidRDefault="0018077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0"/>
                <w:szCs w:val="28"/>
              </w:rPr>
              <w:t>Year 1</w:t>
            </w:r>
          </w:p>
        </w:tc>
        <w:tc>
          <w:tcPr>
            <w:tcW w:w="2489" w:type="dxa"/>
            <w:shd w:val="clear" w:color="auto" w:fill="F2F2F2"/>
          </w:tcPr>
          <w:p w14:paraId="13DBBA23" w14:textId="77777777" w:rsidR="0018077D" w:rsidRPr="009116DE" w:rsidRDefault="0018077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0"/>
                <w:szCs w:val="28"/>
              </w:rPr>
              <w:t>Year 2</w:t>
            </w:r>
          </w:p>
        </w:tc>
      </w:tr>
      <w:tr w:rsidR="0018077D" w:rsidRPr="009116DE" w14:paraId="378DEC7D" w14:textId="77777777" w:rsidTr="00487F31">
        <w:trPr>
          <w:trHeight w:val="410"/>
        </w:trPr>
        <w:tc>
          <w:tcPr>
            <w:tcW w:w="479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4B64D75" w14:textId="77777777" w:rsidR="0018077D" w:rsidRPr="009116DE" w:rsidRDefault="0018077D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color w:val="000000"/>
                <w:sz w:val="20"/>
                <w:szCs w:val="28"/>
              </w:rPr>
              <w:t>Staff costs</w:t>
            </w:r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0C67785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Staff costs: year 1"/>
                <w:tag w:val="B2_STAFF_YEAR_1"/>
                <w:id w:val="1120"/>
                <w:lock w:val="sdtLocked"/>
                <w:placeholder>
                  <w:docPart w:val="9854537680DA4D68AEF0A9793C2DCC4D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8E3E017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Staff costs: year 2"/>
                <w:tag w:val="B2_STAFF_YEAR_2"/>
                <w:id w:val="1121"/>
                <w:lock w:val="sdtLocked"/>
                <w:placeholder>
                  <w:docPart w:val="A28AEDE3AC5246698276EB2BD59236E7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</w:tr>
      <w:tr w:rsidR="0018077D" w:rsidRPr="009116DE" w14:paraId="6239D0B7" w14:textId="77777777" w:rsidTr="00487F31">
        <w:trPr>
          <w:trHeight w:val="410"/>
        </w:trPr>
        <w:tc>
          <w:tcPr>
            <w:tcW w:w="479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AB641AA" w14:textId="77777777" w:rsidR="0018077D" w:rsidRPr="009116DE" w:rsidRDefault="0018077D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color w:val="000000"/>
                <w:sz w:val="20"/>
                <w:szCs w:val="28"/>
              </w:rPr>
              <w:t>Laboratory services</w:t>
            </w:r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D01F0D3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Laboratory services: year 1"/>
                <w:tag w:val="B2_LAB_SERVICES_YEAR_1"/>
                <w:id w:val="1124"/>
                <w:lock w:val="sdtLocked"/>
                <w:placeholder>
                  <w:docPart w:val="655C6E1D4A3F421C8A419862DEB1EC77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E808EDD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Laboratory services: year 2"/>
                <w:tag w:val="B2_LAB_SERVICES_YEAR_2"/>
                <w:id w:val="1125"/>
                <w:lock w:val="sdtLocked"/>
                <w:placeholder>
                  <w:docPart w:val="C0262C0AE3A34D3CAD752E8ED89987D7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</w:tr>
      <w:tr w:rsidR="0018077D" w:rsidRPr="009116DE" w14:paraId="48552F50" w14:textId="77777777" w:rsidTr="00487F31">
        <w:trPr>
          <w:trHeight w:val="410"/>
        </w:trPr>
        <w:tc>
          <w:tcPr>
            <w:tcW w:w="479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F08D784" w14:textId="77777777" w:rsidR="0018077D" w:rsidRPr="009116DE" w:rsidRDefault="0018077D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color w:val="000000"/>
                <w:sz w:val="20"/>
                <w:szCs w:val="28"/>
              </w:rPr>
              <w:t>Consumables</w:t>
            </w:r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140D764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Consumables: year 1"/>
                <w:tag w:val="B2_CONSUMABLES_YEAR_1"/>
                <w:id w:val="1128"/>
                <w:lock w:val="sdtLocked"/>
                <w:placeholder>
                  <w:docPart w:val="847B3214046941B987231F067B2103EB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F93FB81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Consumables: year 2"/>
                <w:tag w:val="B2_CONSUMABLES_YEAR_2"/>
                <w:id w:val="1129"/>
                <w:lock w:val="sdtLocked"/>
                <w:placeholder>
                  <w:docPart w:val="6521F03148774953AD290599A2A3F2FC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</w:tr>
      <w:tr w:rsidR="0018077D" w:rsidRPr="009116DE" w14:paraId="6D7EBE13" w14:textId="77777777" w:rsidTr="00487F31">
        <w:trPr>
          <w:trHeight w:val="410"/>
        </w:trPr>
        <w:tc>
          <w:tcPr>
            <w:tcW w:w="479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704E8EE" w14:textId="77777777" w:rsidR="0018077D" w:rsidRPr="009116DE" w:rsidRDefault="0018077D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color w:val="000000"/>
                <w:sz w:val="20"/>
                <w:szCs w:val="28"/>
              </w:rPr>
              <w:t>Equipment</w:t>
            </w:r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268B645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Equipment: year 1"/>
                <w:tag w:val="B2_EQUIPMENT_YEAR_1"/>
                <w:id w:val="1132"/>
                <w:lock w:val="sdtLocked"/>
                <w:placeholder>
                  <w:docPart w:val="8B9C3D57AFB4467FBDBC7EF0188AF981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6255DAA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Equipment: year 2"/>
                <w:tag w:val="B2_EQUIPMENT_YEAR_2"/>
                <w:id w:val="1133"/>
                <w:lock w:val="sdtLocked"/>
                <w:placeholder>
                  <w:docPart w:val="B0E3C61EECF1495A99AB714C6F669BB4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</w:tr>
      <w:tr w:rsidR="0018077D" w:rsidRPr="009116DE" w14:paraId="074BF59E" w14:textId="77777777" w:rsidTr="00487F31">
        <w:trPr>
          <w:trHeight w:val="410"/>
        </w:trPr>
        <w:tc>
          <w:tcPr>
            <w:tcW w:w="479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24ECDCC" w14:textId="77777777" w:rsidR="0018077D" w:rsidRPr="009116DE" w:rsidRDefault="0018077D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color w:val="000000"/>
                <w:sz w:val="20"/>
                <w:szCs w:val="28"/>
              </w:rPr>
              <w:t>Travel costs</w:t>
            </w:r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439DE5C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Travel costs: year 1"/>
                <w:tag w:val="B2_TRAVEL_YEAR_1"/>
                <w:id w:val="1136"/>
                <w:lock w:val="sdtLocked"/>
                <w:placeholder>
                  <w:docPart w:val="FB1104AD62CE4B7B8F35E33D4F7F0582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B141B55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Travel costs: year 2"/>
                <w:tag w:val="B2_TRAVEL_YEAR_2"/>
                <w:id w:val="1137"/>
                <w:lock w:val="sdtLocked"/>
                <w:placeholder>
                  <w:docPart w:val="A335B03E3014433FA2920347A904A509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</w:tr>
      <w:tr w:rsidR="0018077D" w:rsidRPr="009116DE" w14:paraId="7F02EFC2" w14:textId="77777777" w:rsidTr="00487F31">
        <w:trPr>
          <w:trHeight w:val="410"/>
        </w:trPr>
        <w:tc>
          <w:tcPr>
            <w:tcW w:w="479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81A5E48" w14:textId="77777777" w:rsidR="0018077D" w:rsidRPr="009116DE" w:rsidRDefault="0018077D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color w:val="000000"/>
                <w:sz w:val="20"/>
                <w:szCs w:val="28"/>
              </w:rPr>
              <w:t>Reporting costs</w:t>
            </w:r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69FA640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Reporting costs: year 1"/>
                <w:tag w:val="B2_REPORTING_YEAR_1"/>
                <w:id w:val="1140"/>
                <w:lock w:val="sdtLocked"/>
                <w:placeholder>
                  <w:docPart w:val="5358614CF08F4380B1EA074AA9D3961D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5B9EAFF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Reporting costs: year 2"/>
                <w:tag w:val="B2_REPORTING_YEAR_2"/>
                <w:id w:val="1141"/>
                <w:lock w:val="sdtLocked"/>
                <w:placeholder>
                  <w:docPart w:val="E8E1D400A53E403B865C6B58F3EF3E91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</w:tr>
      <w:tr w:rsidR="0018077D" w:rsidRPr="009116DE" w14:paraId="60D0C1D0" w14:textId="77777777" w:rsidTr="00487F31">
        <w:trPr>
          <w:trHeight w:val="410"/>
        </w:trPr>
        <w:tc>
          <w:tcPr>
            <w:tcW w:w="479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EB4DFE9" w14:textId="77777777" w:rsidR="0018077D" w:rsidRPr="009116DE" w:rsidRDefault="0018077D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color w:val="000000"/>
                <w:sz w:val="20"/>
                <w:szCs w:val="28"/>
              </w:rPr>
              <w:t>Other costs</w:t>
            </w:r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BFEBFFD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Other costs: year 1"/>
                <w:tag w:val="B2_OTHER_YEAR_1"/>
                <w:id w:val="1144"/>
                <w:lock w:val="sdtLocked"/>
                <w:placeholder>
                  <w:docPart w:val="C2DFDB05CB6A4BA9852569EFBA577F8C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7183EA7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Other costs: year 2"/>
                <w:tag w:val="B2_OTHER_YEAR_2"/>
                <w:id w:val="1145"/>
                <w:lock w:val="sdtLocked"/>
                <w:placeholder>
                  <w:docPart w:val="CC31057DBD6142DB8969C3A598E39BBD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</w:tr>
      <w:tr w:rsidR="0018077D" w:rsidRPr="009116DE" w14:paraId="3E2F1A96" w14:textId="77777777" w:rsidTr="00487F31">
        <w:trPr>
          <w:trHeight w:val="410"/>
        </w:trPr>
        <w:tc>
          <w:tcPr>
            <w:tcW w:w="479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3A830A3" w14:textId="77777777" w:rsidR="0018077D" w:rsidRPr="009116DE" w:rsidRDefault="0018077D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r w:rsidRPr="009116DE">
              <w:rPr>
                <w:rFonts w:asciiTheme="majorHAnsi" w:hAnsiTheme="majorHAnsi" w:cstheme="majorHAnsi"/>
                <w:b/>
                <w:color w:val="000000"/>
                <w:sz w:val="20"/>
                <w:szCs w:val="28"/>
              </w:rPr>
              <w:t>Overall cost</w:t>
            </w:r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65EC285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Overall cost: year 1"/>
                <w:tag w:val="B2_OVERALL_YEAR_1"/>
                <w:id w:val="1148"/>
                <w:lock w:val="sdtLocked"/>
                <w:placeholder>
                  <w:docPart w:val="D1376036BE6A40F5B007506482D59B9F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  <w:tc>
          <w:tcPr>
            <w:tcW w:w="2489" w:type="dxa"/>
            <w:shd w:val="clear" w:color="auto" w:fill="F7F9F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C5931F9" w14:textId="77777777" w:rsidR="0018077D" w:rsidRPr="009116DE" w:rsidRDefault="00000000">
            <w:pPr>
              <w:spacing w:after="0"/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Overall cost: year 2"/>
                <w:tag w:val="B2_OVERALL_YEAR_2"/>
                <w:id w:val="1149"/>
                <w:lock w:val="sdtLocked"/>
                <w:placeholder>
                  <w:docPart w:val="E9FBD0AAE2534F98AD2404B9ADFC5917"/>
                </w:placeholder>
                <w:showingPlcHdr/>
                <w:text/>
              </w:sdtPr>
              <w:sdtContent>
                <w:r w:rsidR="0018077D" w:rsidRPr="009116DE">
                  <w:rPr>
                    <w:rFonts w:asciiTheme="majorHAnsi" w:hAnsiTheme="majorHAnsi" w:cstheme="majorHAnsi"/>
                    <w:color w:val="666666"/>
                    <w:sz w:val="18"/>
                    <w:szCs w:val="28"/>
                  </w:rPr>
                  <w:t>Amount</w:t>
                </w:r>
              </w:sdtContent>
            </w:sdt>
          </w:p>
        </w:tc>
      </w:tr>
    </w:tbl>
    <w:p w14:paraId="0AED9028" w14:textId="77777777" w:rsidR="0018077D" w:rsidRDefault="0018077D">
      <w:pPr>
        <w:spacing w:before="100" w:after="40"/>
        <w:rPr>
          <w:rFonts w:asciiTheme="majorHAnsi" w:hAnsiTheme="majorHAnsi" w:cstheme="majorHAnsi"/>
          <w:b/>
          <w:color w:val="000000"/>
          <w:sz w:val="20"/>
          <w:szCs w:val="28"/>
        </w:rPr>
      </w:pPr>
    </w:p>
    <w:p w14:paraId="301BB1A7" w14:textId="4F47A764" w:rsidR="00C70820" w:rsidRPr="009116DE" w:rsidRDefault="00000000">
      <w:pPr>
        <w:spacing w:before="100" w:after="40"/>
        <w:rPr>
          <w:rFonts w:asciiTheme="majorHAnsi" w:hAnsiTheme="majorHAnsi" w:cstheme="majorHAnsi"/>
          <w:sz w:val="22"/>
          <w:szCs w:val="28"/>
        </w:rPr>
      </w:pPr>
      <w:r w:rsidRPr="009116DE">
        <w:rPr>
          <w:rFonts w:asciiTheme="majorHAnsi" w:hAnsiTheme="majorHAnsi" w:cstheme="majorHAnsi"/>
          <w:b/>
          <w:color w:val="000000"/>
          <w:sz w:val="20"/>
          <w:szCs w:val="28"/>
        </w:rPr>
        <w:t>Describe any costs entered under “Other costs”.</w:t>
      </w:r>
    </w:p>
    <w:tbl>
      <w:tblPr>
        <w:tblW w:w="9800" w:type="dxa"/>
        <w:tblBorders>
          <w:top w:val="single" w:sz="5" w:space="0" w:color="9A9A9A"/>
          <w:left w:val="single" w:sz="5" w:space="0" w:color="9A9A9A"/>
          <w:bottom w:val="single" w:sz="5" w:space="0" w:color="9A9A9A"/>
          <w:right w:val="single" w:sz="5" w:space="0" w:color="9A9A9A"/>
        </w:tblBorders>
        <w:tblLayout w:type="fixed"/>
        <w:tblLook w:val="04A0" w:firstRow="1" w:lastRow="0" w:firstColumn="1" w:lastColumn="0" w:noHBand="0" w:noVBand="1"/>
      </w:tblPr>
      <w:tblGrid>
        <w:gridCol w:w="9800"/>
      </w:tblGrid>
      <w:tr w:rsidR="00C70820" w:rsidRPr="009116DE" w14:paraId="5B90DCCA" w14:textId="77777777">
        <w:trPr>
          <w:trHeight w:val="950"/>
        </w:trPr>
        <w:tc>
          <w:tcPr>
            <w:tcW w:w="9800" w:type="dxa"/>
            <w:shd w:val="clear" w:color="auto" w:fill="F7F9F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17B203F" w14:textId="77777777" w:rsidR="00C70820" w:rsidRPr="009116DE" w:rsidRDefault="00000000">
            <w:pPr>
              <w:spacing w:after="0"/>
              <w:rPr>
                <w:rFonts w:asciiTheme="majorHAnsi" w:hAnsiTheme="majorHAnsi" w:cstheme="majorHAnsi"/>
                <w:sz w:val="22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8"/>
                </w:rPr>
                <w:alias w:val="B2 Other Costs Description"/>
                <w:tag w:val="B2_OTHER_COSTS_DESCRIPTION"/>
                <w:id w:val="1152"/>
                <w:lock w:val="sdtLocked"/>
                <w:placeholder>
                  <w:docPart w:val="F8E71EB088BA4A889F272D74C04E209B"/>
                </w:placeholder>
                <w:showingPlcHdr/>
                <w:text w:multiLine="1"/>
              </w:sdtPr>
              <w:sdtContent>
                <w:r w:rsidRPr="009116DE">
                  <w:rPr>
                    <w:rFonts w:asciiTheme="majorHAnsi" w:hAnsiTheme="majorHAnsi" w:cstheme="majorHAnsi"/>
                    <w:color w:val="666666"/>
                    <w:sz w:val="22"/>
                    <w:szCs w:val="28"/>
                  </w:rPr>
                  <w:t>Briefly describe the other costs.</w:t>
                </w:r>
              </w:sdtContent>
            </w:sdt>
          </w:p>
        </w:tc>
      </w:tr>
    </w:tbl>
    <w:p w14:paraId="5F730B4C" w14:textId="77777777" w:rsidR="00C70820" w:rsidRPr="009116DE" w:rsidRDefault="00000000">
      <w:pPr>
        <w:spacing w:before="80" w:after="0"/>
        <w:rPr>
          <w:rFonts w:asciiTheme="majorHAnsi" w:hAnsiTheme="majorHAnsi" w:cstheme="majorHAnsi"/>
          <w:sz w:val="22"/>
          <w:szCs w:val="28"/>
        </w:rPr>
      </w:pPr>
      <w:sdt>
        <w:sdtPr>
          <w:rPr>
            <w:rFonts w:asciiTheme="majorHAnsi" w:hAnsiTheme="majorHAnsi" w:cstheme="majorHAnsi"/>
            <w:sz w:val="22"/>
            <w:szCs w:val="28"/>
          </w:rPr>
          <w:alias w:val="Detailed breakdown of costs attached"/>
          <w:tag w:val="B2_DETAILED_BREAKDOWN_ATTACHED"/>
          <w:id w:val="115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116DE">
            <w:rPr>
              <w:rFonts w:ascii="Segoe UI Symbol" w:hAnsi="Segoe UI Symbol" w:cs="Segoe UI Symbol"/>
              <w:sz w:val="22"/>
              <w:szCs w:val="28"/>
            </w:rPr>
            <w:t>☐</w:t>
          </w:r>
        </w:sdtContent>
      </w:sdt>
      <w:r w:rsidRPr="009116DE">
        <w:rPr>
          <w:rFonts w:asciiTheme="majorHAnsi" w:hAnsiTheme="majorHAnsi" w:cstheme="majorHAnsi"/>
          <w:color w:val="000000"/>
          <w:sz w:val="22"/>
          <w:szCs w:val="28"/>
        </w:rPr>
        <w:t xml:space="preserve">  Detailed breakdown of costs attached</w:t>
      </w:r>
    </w:p>
    <w:sectPr w:rsidR="00C70820" w:rsidRPr="009116DE" w:rsidSect="00034616">
      <w:headerReference w:type="default" r:id="rId17"/>
      <w:footerReference w:type="default" r:id="rId18"/>
      <w:pgSz w:w="11906" w:h="16838"/>
      <w:pgMar w:top="1559" w:right="992" w:bottom="822" w:left="992" w:header="227" w:footer="312" w:gutter="0"/>
      <w:pgNumType w:start="1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7725" w14:textId="77777777" w:rsidR="00564FCA" w:rsidRPr="009116DE" w:rsidRDefault="00564FCA">
      <w:pPr>
        <w:spacing w:after="0" w:line="240" w:lineRule="auto"/>
      </w:pPr>
      <w:r w:rsidRPr="009116DE">
        <w:separator/>
      </w:r>
    </w:p>
  </w:endnote>
  <w:endnote w:type="continuationSeparator" w:id="0">
    <w:p w14:paraId="599CBCEB" w14:textId="77777777" w:rsidR="00564FCA" w:rsidRPr="009116DE" w:rsidRDefault="00564FCA">
      <w:pPr>
        <w:spacing w:after="0" w:line="240" w:lineRule="auto"/>
      </w:pPr>
      <w:r w:rsidRPr="009116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B1F8" w14:textId="77777777" w:rsidR="00CB3DEC" w:rsidRPr="009116DE" w:rsidRDefault="00CB3D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64D8" w14:textId="77777777" w:rsidR="00CB3DEC" w:rsidRPr="009116DE" w:rsidRDefault="00CB3D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A83E" w14:textId="77777777" w:rsidR="00CB3DEC" w:rsidRPr="009116DE" w:rsidRDefault="00CB3DE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8949C" w14:textId="77777777" w:rsidR="00C70820" w:rsidRPr="009116DE" w:rsidRDefault="00C70820">
    <w:pPr>
      <w:spacing w:after="0"/>
    </w:pPr>
  </w:p>
  <w:tbl>
    <w:tblPr>
      <w:tblW w:w="978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5103"/>
      <w:gridCol w:w="4678"/>
    </w:tblGrid>
    <w:tr w:rsidR="00A960E4" w:rsidRPr="00487F31" w14:paraId="50BBD6A1" w14:textId="77777777" w:rsidTr="00A960E4">
      <w:tc>
        <w:tcPr>
          <w:tcW w:w="5103" w:type="dxa"/>
          <w:tcMar>
            <w:top w:w="0" w:type="dxa"/>
            <w:left w:w="0" w:type="dxa"/>
            <w:bottom w:w="0" w:type="dxa"/>
            <w:right w:w="0" w:type="dxa"/>
          </w:tcMar>
        </w:tcPr>
        <w:p w14:paraId="1DBEDB68" w14:textId="6EEAB86F" w:rsidR="00A960E4" w:rsidRPr="00487F31" w:rsidRDefault="00A960E4" w:rsidP="00A960E4">
          <w:pPr>
            <w:spacing w:after="0"/>
            <w:jc w:val="right"/>
            <w:rPr>
              <w:rFonts w:asciiTheme="majorHAnsi" w:hAnsiTheme="majorHAnsi" w:cstheme="majorHAnsi"/>
              <w:sz w:val="20"/>
              <w:szCs w:val="20"/>
            </w:rPr>
          </w:pPr>
          <w:r>
            <w:rPr>
              <w:rFonts w:asciiTheme="majorHAnsi" w:hAnsiTheme="majorHAnsi" w:cstheme="majorHAnsi"/>
              <w:color w:val="000000"/>
              <w:sz w:val="20"/>
              <w:szCs w:val="20"/>
            </w:rPr>
            <w:t xml:space="preserve"> </w:t>
          </w:r>
          <w:r w:rsidRPr="00487F31">
            <w:rPr>
              <w:rFonts w:asciiTheme="majorHAnsi" w:hAnsiTheme="majorHAnsi" w:cstheme="majorHAnsi"/>
              <w:color w:val="000000"/>
              <w:sz w:val="20"/>
              <w:szCs w:val="20"/>
            </w:rPr>
            <w:fldChar w:fldCharType="begin"/>
          </w:r>
          <w:r w:rsidRPr="00487F31">
            <w:rPr>
              <w:rFonts w:asciiTheme="majorHAnsi" w:hAnsiTheme="majorHAnsi" w:cstheme="majorHAnsi"/>
              <w:color w:val="000000"/>
              <w:sz w:val="20"/>
              <w:szCs w:val="20"/>
            </w:rPr>
            <w:instrText xml:space="preserve"> PAGE </w:instrText>
          </w:r>
          <w:r w:rsidRPr="00487F31">
            <w:rPr>
              <w:rFonts w:asciiTheme="majorHAnsi" w:hAnsiTheme="majorHAnsi" w:cstheme="majorHAnsi"/>
              <w:color w:val="000000"/>
              <w:sz w:val="20"/>
              <w:szCs w:val="20"/>
            </w:rPr>
            <w:fldChar w:fldCharType="separate"/>
          </w:r>
          <w:r w:rsidRPr="00487F31">
            <w:rPr>
              <w:rFonts w:asciiTheme="majorHAnsi" w:hAnsiTheme="majorHAnsi" w:cstheme="majorHAnsi"/>
              <w:color w:val="000000"/>
              <w:sz w:val="20"/>
              <w:szCs w:val="20"/>
            </w:rPr>
            <w:t>1</w:t>
          </w:r>
          <w:r w:rsidRPr="00487F31">
            <w:rPr>
              <w:rFonts w:asciiTheme="majorHAnsi" w:hAnsiTheme="majorHAnsi" w:cstheme="majorHAnsi"/>
              <w:color w:val="000000"/>
              <w:sz w:val="20"/>
              <w:szCs w:val="20"/>
            </w:rPr>
            <w:fldChar w:fldCharType="end"/>
          </w:r>
          <w:r w:rsidRPr="00487F31">
            <w:rPr>
              <w:rFonts w:asciiTheme="majorHAnsi" w:hAnsiTheme="majorHAnsi" w:cstheme="majorHAnsi"/>
              <w:color w:val="000000"/>
              <w:sz w:val="20"/>
              <w:szCs w:val="20"/>
            </w:rPr>
            <w:t>/11</w:t>
          </w:r>
        </w:p>
      </w:tc>
      <w:tc>
        <w:tcPr>
          <w:tcW w:w="4678" w:type="dxa"/>
          <w:tcMar>
            <w:top w:w="0" w:type="dxa"/>
            <w:left w:w="0" w:type="dxa"/>
            <w:bottom w:w="0" w:type="dxa"/>
            <w:right w:w="0" w:type="dxa"/>
          </w:tcMar>
        </w:tcPr>
        <w:p w14:paraId="3DF3E598" w14:textId="77777777" w:rsidR="00A960E4" w:rsidRPr="00487F31" w:rsidRDefault="00A960E4" w:rsidP="00A960E4">
          <w:pPr>
            <w:spacing w:after="0"/>
            <w:jc w:val="right"/>
            <w:rPr>
              <w:rFonts w:asciiTheme="majorHAnsi" w:hAnsiTheme="majorHAnsi" w:cstheme="majorHAnsi"/>
              <w:sz w:val="20"/>
              <w:szCs w:val="20"/>
            </w:rPr>
          </w:pPr>
          <w:r w:rsidRPr="00487F31">
            <w:rPr>
              <w:rFonts w:asciiTheme="majorHAnsi" w:hAnsiTheme="majorHAnsi" w:cstheme="majorHAnsi"/>
              <w:color w:val="666666"/>
              <w:sz w:val="20"/>
              <w:szCs w:val="20"/>
            </w:rPr>
            <w:t>Return as DOCX</w:t>
          </w: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04986" w14:textId="77777777" w:rsidR="00C70820" w:rsidRPr="009116DE" w:rsidRDefault="00C70820">
    <w:pPr>
      <w:spacing w:after="0"/>
    </w:pPr>
  </w:p>
  <w:tbl>
    <w:tblPr>
      <w:tblW w:w="980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300"/>
      <w:gridCol w:w="3200"/>
      <w:gridCol w:w="3300"/>
    </w:tblGrid>
    <w:tr w:rsidR="00C70820" w:rsidRPr="00487F31" w14:paraId="22A4D9EB" w14:textId="77777777">
      <w:tc>
        <w:tcPr>
          <w:tcW w:w="3300" w:type="dxa"/>
          <w:tcMar>
            <w:top w:w="0" w:type="dxa"/>
            <w:left w:w="0" w:type="dxa"/>
            <w:bottom w:w="0" w:type="dxa"/>
            <w:right w:w="0" w:type="dxa"/>
          </w:tcMar>
        </w:tcPr>
        <w:p w14:paraId="12D18701" w14:textId="3591E5C3" w:rsidR="00C70820" w:rsidRPr="00487F31" w:rsidRDefault="00C70820">
          <w:pPr>
            <w:spacing w:after="0"/>
            <w:rPr>
              <w:sz w:val="20"/>
              <w:szCs w:val="20"/>
            </w:rPr>
          </w:pPr>
        </w:p>
      </w:tc>
      <w:tc>
        <w:tcPr>
          <w:tcW w:w="3200" w:type="dxa"/>
          <w:tcMar>
            <w:top w:w="0" w:type="dxa"/>
            <w:left w:w="0" w:type="dxa"/>
            <w:bottom w:w="0" w:type="dxa"/>
            <w:right w:w="0" w:type="dxa"/>
          </w:tcMar>
        </w:tcPr>
        <w:p w14:paraId="0B34E55E" w14:textId="77777777" w:rsidR="00C70820" w:rsidRPr="00487F31" w:rsidRDefault="00000000">
          <w:pPr>
            <w:spacing w:after="0"/>
            <w:jc w:val="center"/>
            <w:rPr>
              <w:sz w:val="20"/>
              <w:szCs w:val="20"/>
            </w:rPr>
          </w:pPr>
          <w:r w:rsidRPr="00487F31">
            <w:rPr>
              <w:color w:val="000000"/>
              <w:sz w:val="20"/>
              <w:szCs w:val="20"/>
            </w:rPr>
            <w:fldChar w:fldCharType="begin"/>
          </w:r>
          <w:r w:rsidRPr="00487F31">
            <w:rPr>
              <w:color w:val="000000"/>
              <w:sz w:val="20"/>
              <w:szCs w:val="20"/>
            </w:rPr>
            <w:instrText xml:space="preserve"> PAGE </w:instrText>
          </w:r>
          <w:r w:rsidRPr="00487F31">
            <w:rPr>
              <w:color w:val="000000"/>
              <w:sz w:val="20"/>
              <w:szCs w:val="20"/>
            </w:rPr>
            <w:fldChar w:fldCharType="separate"/>
          </w:r>
          <w:r w:rsidRPr="00487F31">
            <w:rPr>
              <w:color w:val="000000"/>
              <w:sz w:val="20"/>
              <w:szCs w:val="20"/>
            </w:rPr>
            <w:t>1</w:t>
          </w:r>
          <w:r w:rsidRPr="00487F31">
            <w:rPr>
              <w:color w:val="000000"/>
              <w:sz w:val="20"/>
              <w:szCs w:val="20"/>
            </w:rPr>
            <w:fldChar w:fldCharType="end"/>
          </w:r>
          <w:r w:rsidRPr="00487F31">
            <w:rPr>
              <w:color w:val="000000"/>
              <w:sz w:val="20"/>
              <w:szCs w:val="20"/>
            </w:rPr>
            <w:t>/11</w:t>
          </w:r>
        </w:p>
      </w:tc>
      <w:tc>
        <w:tcPr>
          <w:tcW w:w="3300" w:type="dxa"/>
          <w:tcMar>
            <w:top w:w="0" w:type="dxa"/>
            <w:left w:w="0" w:type="dxa"/>
            <w:bottom w:w="0" w:type="dxa"/>
            <w:right w:w="0" w:type="dxa"/>
          </w:tcMar>
        </w:tcPr>
        <w:p w14:paraId="074FFCE0" w14:textId="77777777" w:rsidR="00C70820" w:rsidRPr="00487F31" w:rsidRDefault="00000000">
          <w:pPr>
            <w:spacing w:after="0"/>
            <w:jc w:val="right"/>
            <w:rPr>
              <w:sz w:val="20"/>
              <w:szCs w:val="20"/>
            </w:rPr>
          </w:pPr>
          <w:r w:rsidRPr="00487F31">
            <w:rPr>
              <w:color w:val="666666"/>
              <w:sz w:val="20"/>
              <w:szCs w:val="20"/>
            </w:rPr>
            <w:t>Return as DOCX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58F0E" w14:textId="77777777" w:rsidR="00564FCA" w:rsidRPr="009116DE" w:rsidRDefault="00564FCA">
      <w:pPr>
        <w:spacing w:after="0" w:line="240" w:lineRule="auto"/>
      </w:pPr>
      <w:r w:rsidRPr="009116DE">
        <w:separator/>
      </w:r>
    </w:p>
  </w:footnote>
  <w:footnote w:type="continuationSeparator" w:id="0">
    <w:p w14:paraId="0A140E97" w14:textId="77777777" w:rsidR="00564FCA" w:rsidRPr="009116DE" w:rsidRDefault="00564FCA">
      <w:pPr>
        <w:spacing w:after="0" w:line="240" w:lineRule="auto"/>
      </w:pPr>
      <w:r w:rsidRPr="009116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36095" w14:textId="77777777" w:rsidR="00CB3DEC" w:rsidRPr="009116DE" w:rsidRDefault="00CB3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5EF8" w14:textId="77777777" w:rsidR="00CB3DEC" w:rsidRPr="009116DE" w:rsidRDefault="00CB3D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1FD8" w14:textId="77777777" w:rsidR="00CB3DEC" w:rsidRPr="009116DE" w:rsidRDefault="00CB3DE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53DC9" w14:textId="77777777" w:rsidR="00C70820" w:rsidRPr="009116DE" w:rsidRDefault="00C70820">
    <w:pPr>
      <w:spacing w:after="0"/>
      <w:rPr>
        <w:rFonts w:asciiTheme="majorHAnsi" w:hAnsiTheme="majorHAnsi" w:cstheme="majorHAnsi"/>
      </w:rPr>
    </w:pPr>
  </w:p>
  <w:tbl>
    <w:tblPr>
      <w:tblW w:w="980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1050"/>
      <w:gridCol w:w="8750"/>
    </w:tblGrid>
    <w:tr w:rsidR="00C70820" w:rsidRPr="009116DE" w14:paraId="1FBDEA82" w14:textId="77777777">
      <w:tc>
        <w:tcPr>
          <w:tcW w:w="105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6B02B86" w14:textId="77777777" w:rsidR="00C70820" w:rsidRPr="009116DE" w:rsidRDefault="00000000">
          <w:pPr>
            <w:spacing w:after="0"/>
            <w:rPr>
              <w:rFonts w:asciiTheme="majorHAnsi" w:hAnsiTheme="majorHAnsi" w:cstheme="majorHAnsi"/>
            </w:rPr>
          </w:pPr>
          <w:r w:rsidRPr="009116DE">
            <w:rPr>
              <w:rFonts w:asciiTheme="majorHAnsi" w:hAnsiTheme="majorHAnsi" w:cstheme="majorHAnsi"/>
              <w:noProof/>
            </w:rPr>
            <w:drawing>
              <wp:inline distT="0" distB="0" distL="0" distR="0" wp14:anchorId="314F8865" wp14:editId="235B161C">
                <wp:extent cx="345600" cy="374400"/>
                <wp:effectExtent l="0" t="0" r="0" b="6985"/>
                <wp:docPr id="1271637084" name="Picture 1271637084" descr="ITOPF logo" title="ITOPF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-00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600" cy="37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5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F8295EA" w14:textId="62DD315D" w:rsidR="00C70820" w:rsidRPr="009116DE" w:rsidRDefault="00000000">
          <w:pPr>
            <w:spacing w:after="0"/>
            <w:jc w:val="center"/>
            <w:rPr>
              <w:rFonts w:asciiTheme="majorHAnsi" w:hAnsiTheme="majorHAnsi" w:cstheme="majorHAnsi"/>
              <w:sz w:val="32"/>
              <w:szCs w:val="32"/>
            </w:rPr>
          </w:pPr>
          <w:r w:rsidRPr="009116DE">
            <w:rPr>
              <w:rFonts w:asciiTheme="majorHAnsi" w:hAnsiTheme="majorHAnsi" w:cstheme="majorHAnsi"/>
              <w:color w:val="000000"/>
              <w:sz w:val="32"/>
              <w:szCs w:val="32"/>
            </w:rPr>
            <w:t>202</w:t>
          </w:r>
          <w:r w:rsidR="00CB3DEC" w:rsidRPr="009116DE">
            <w:rPr>
              <w:rFonts w:asciiTheme="majorHAnsi" w:hAnsiTheme="majorHAnsi" w:cstheme="majorHAnsi"/>
              <w:color w:val="000000"/>
              <w:sz w:val="32"/>
              <w:szCs w:val="32"/>
            </w:rPr>
            <w:t>7</w:t>
          </w:r>
          <w:r w:rsidRPr="009116DE">
            <w:rPr>
              <w:rFonts w:asciiTheme="majorHAnsi" w:hAnsiTheme="majorHAnsi" w:cstheme="majorHAnsi"/>
              <w:color w:val="000000"/>
              <w:sz w:val="32"/>
              <w:szCs w:val="32"/>
            </w:rPr>
            <w:t xml:space="preserve"> ITOPF R&amp;D Award Application Form</w:t>
          </w:r>
        </w:p>
      </w:tc>
    </w:tr>
  </w:tbl>
  <w:p w14:paraId="53DA2F0E" w14:textId="77777777" w:rsidR="00C70820" w:rsidRPr="009116DE" w:rsidRDefault="00C70820">
    <w:pPr>
      <w:pBdr>
        <w:bottom w:val="single" w:sz="14" w:space="0" w:color="00A69C"/>
      </w:pBdr>
      <w:spacing w:before="20" w:after="40"/>
      <w:rPr>
        <w:rFonts w:asciiTheme="majorHAnsi" w:hAnsiTheme="majorHAnsi" w:cstheme="majorHAnsi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9C8FC" w14:textId="77777777" w:rsidR="00C70820" w:rsidRPr="009116DE" w:rsidRDefault="00C70820">
    <w:pPr>
      <w:spacing w:after="0"/>
    </w:pPr>
  </w:p>
  <w:tbl>
    <w:tblPr>
      <w:tblW w:w="980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1050"/>
      <w:gridCol w:w="8750"/>
    </w:tblGrid>
    <w:tr w:rsidR="00C70820" w:rsidRPr="009116DE" w14:paraId="5F10622F" w14:textId="77777777">
      <w:tc>
        <w:tcPr>
          <w:tcW w:w="105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5802A43" w14:textId="77777777" w:rsidR="00C70820" w:rsidRPr="009116DE" w:rsidRDefault="00000000">
          <w:pPr>
            <w:spacing w:after="0"/>
          </w:pPr>
          <w:r w:rsidRPr="009116DE">
            <w:rPr>
              <w:noProof/>
            </w:rPr>
            <w:drawing>
              <wp:inline distT="0" distB="0" distL="0" distR="0" wp14:anchorId="7FD5E65F" wp14:editId="4BF3CA1D">
                <wp:extent cx="342000" cy="369000"/>
                <wp:effectExtent l="0" t="0" r="0" b="0"/>
                <wp:docPr id="392706251" name="Picture 392706251" descr="ITOPF logo" title="ITOPF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-00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" cy="369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5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0E22773" w14:textId="77777777" w:rsidR="00C70820" w:rsidRPr="009116DE" w:rsidRDefault="00000000">
          <w:pPr>
            <w:spacing w:after="0"/>
            <w:jc w:val="center"/>
          </w:pPr>
          <w:r w:rsidRPr="009116DE">
            <w:rPr>
              <w:color w:val="000000"/>
              <w:sz w:val="27"/>
            </w:rPr>
            <w:t>2026 ITOPF R&amp;D Award Application Form</w:t>
          </w:r>
        </w:p>
      </w:tc>
    </w:tr>
  </w:tbl>
  <w:p w14:paraId="12938523" w14:textId="77777777" w:rsidR="00C70820" w:rsidRPr="009116DE" w:rsidRDefault="00C70820">
    <w:pPr>
      <w:pBdr>
        <w:bottom w:val="single" w:sz="14" w:space="0" w:color="00A69C"/>
      </w:pBdr>
      <w:spacing w:before="20" w:after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DC4F9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2935217">
    <w:abstractNumId w:val="8"/>
  </w:num>
  <w:num w:numId="2" w16cid:durableId="764037967">
    <w:abstractNumId w:val="6"/>
  </w:num>
  <w:num w:numId="3" w16cid:durableId="10568462">
    <w:abstractNumId w:val="5"/>
  </w:num>
  <w:num w:numId="4" w16cid:durableId="1652097794">
    <w:abstractNumId w:val="4"/>
  </w:num>
  <w:num w:numId="5" w16cid:durableId="1692298521">
    <w:abstractNumId w:val="7"/>
  </w:num>
  <w:num w:numId="6" w16cid:durableId="1435828872">
    <w:abstractNumId w:val="3"/>
  </w:num>
  <w:num w:numId="7" w16cid:durableId="1530024743">
    <w:abstractNumId w:val="2"/>
  </w:num>
  <w:num w:numId="8" w16cid:durableId="1131434642">
    <w:abstractNumId w:val="1"/>
  </w:num>
  <w:num w:numId="9" w16cid:durableId="518159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yPCuXF3bdziuGTsR37y+ovNuPeOJSi0p87y92Vz7WYo0a0pYikJkHykDhnz4BGKFwSqE7yPZ4PDet2FRzlNbaA==" w:salt="axx0l1RVjv7q6kYIL2M8v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077D"/>
    <w:rsid w:val="00293F95"/>
    <w:rsid w:val="0029639D"/>
    <w:rsid w:val="002E08A9"/>
    <w:rsid w:val="003078FD"/>
    <w:rsid w:val="00326F90"/>
    <w:rsid w:val="00487F31"/>
    <w:rsid w:val="00564FCA"/>
    <w:rsid w:val="00645EDF"/>
    <w:rsid w:val="007C37A8"/>
    <w:rsid w:val="00863090"/>
    <w:rsid w:val="008E2587"/>
    <w:rsid w:val="009116DE"/>
    <w:rsid w:val="009342AC"/>
    <w:rsid w:val="009E1063"/>
    <w:rsid w:val="00A960E4"/>
    <w:rsid w:val="00AA1D8D"/>
    <w:rsid w:val="00AF0BAC"/>
    <w:rsid w:val="00B45D74"/>
    <w:rsid w:val="00B47730"/>
    <w:rsid w:val="00C70820"/>
    <w:rsid w:val="00CB0664"/>
    <w:rsid w:val="00CB3DEC"/>
    <w:rsid w:val="00E940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920459"/>
  <w14:defaultImageDpi w14:val="330"/>
  <w15:docId w15:val="{53936FFC-4309-4A0D-ABB2-7EEE4FFC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9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10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100"/>
      <w:outlineLvl w:val="1"/>
    </w:pPr>
    <w:rPr>
      <w:rFonts w:asciiTheme="majorHAnsi" w:eastAsiaTheme="majorEastAsia" w:hAnsiTheme="majorHAnsi" w:cstheme="majorBidi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10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before="80" w:after="100" w:line="240" w:lineRule="auto"/>
      <w:contextualSpacing/>
    </w:pPr>
    <w:rPr>
      <w:rFonts w:asciiTheme="majorHAnsi" w:eastAsiaTheme="majorEastAsia" w:hAnsiTheme="majorHAnsi" w:cstheme="majorBidi"/>
      <w:b/>
      <w:color w:val="20295A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3078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A667ECA91C4424AA65F6844D2AC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9957B-C03D-4102-A6F5-D98FCD786282}"/>
      </w:docPartPr>
      <w:docPartBody>
        <w:p w:rsidR="009E15F6" w:rsidRDefault="006866CE" w:rsidP="006866CE">
          <w:pPr>
            <w:pStyle w:val="ACA667ECA91C4424AA65F6844D2AC75F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Click or tap here to enter text.</w:t>
          </w:r>
        </w:p>
      </w:docPartBody>
    </w:docPart>
    <w:docPart>
      <w:docPartPr>
        <w:name w:val="A6F7E9B11B664E6CB5C4B1BEFA251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ECAE5-400D-4B35-87EA-B35655D93B03}"/>
      </w:docPartPr>
      <w:docPartBody>
        <w:p w:rsidR="009E15F6" w:rsidRDefault="006866CE" w:rsidP="006866CE">
          <w:pPr>
            <w:pStyle w:val="A6F7E9B11B664E6CB5C4B1BEFA251B75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Click or tap here to enter text.</w:t>
          </w:r>
        </w:p>
      </w:docPartBody>
    </w:docPart>
    <w:docPart>
      <w:docPartPr>
        <w:name w:val="42298122C0F54B0FB01171DEE956B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C9E89-9EC2-44F0-956C-F33F3E3D8C98}"/>
      </w:docPartPr>
      <w:docPartBody>
        <w:p w:rsidR="009E15F6" w:rsidRDefault="006866CE" w:rsidP="006866CE">
          <w:pPr>
            <w:pStyle w:val="42298122C0F54B0FB01171DEE956B302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3A08C3FA0CAD43789B714569646EF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18DEA-F384-4FEB-B885-CCFA42215D9E}"/>
      </w:docPartPr>
      <w:docPartBody>
        <w:p w:rsidR="009E15F6" w:rsidRDefault="006866CE" w:rsidP="006866CE">
          <w:pPr>
            <w:pStyle w:val="3A08C3FA0CAD43789B714569646EFAB0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C3A792AB37FA4C12A469CC1FE5B25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9B54B-2D97-4EC7-8882-AE748C44B5BA}"/>
      </w:docPartPr>
      <w:docPartBody>
        <w:p w:rsidR="009E15F6" w:rsidRDefault="006866CE" w:rsidP="006866CE">
          <w:pPr>
            <w:pStyle w:val="C3A792AB37FA4C12A469CC1FE5B250ED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AAB1725A61BB436A8472C1C588D37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2D2C6-A4B9-4AD6-B8AB-637783605947}"/>
      </w:docPartPr>
      <w:docPartBody>
        <w:p w:rsidR="009E15F6" w:rsidRDefault="006866CE" w:rsidP="006866CE">
          <w:pPr>
            <w:pStyle w:val="AAB1725A61BB436A8472C1C588D372C0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408E26B4DA3B43AFA0FDEEB1B9BDE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CF114-47AD-4EB5-BA54-15D97355E84B}"/>
      </w:docPartPr>
      <w:docPartBody>
        <w:p w:rsidR="009E15F6" w:rsidRDefault="006866CE" w:rsidP="006866CE">
          <w:pPr>
            <w:pStyle w:val="408E26B4DA3B43AFA0FDEEB1B9BDE444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09D435A3FF7048708A6FEB631E3AA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94EE1-D115-47B7-B747-9A0758A43568}"/>
      </w:docPartPr>
      <w:docPartBody>
        <w:p w:rsidR="009E15F6" w:rsidRDefault="006866CE" w:rsidP="006866CE">
          <w:pPr>
            <w:pStyle w:val="09D435A3FF7048708A6FEB631E3AA136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937B074CF40F47FE98ACDF4610757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232E0-BDFD-43E0-8AE2-0F235A3642F9}"/>
      </w:docPartPr>
      <w:docPartBody>
        <w:p w:rsidR="009E15F6" w:rsidRDefault="006866CE" w:rsidP="006866CE">
          <w:pPr>
            <w:pStyle w:val="937B074CF40F47FE98ACDF4610757FA0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F27744AE0CD04DCFACD003573572B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C7914-454A-462A-A874-331432619616}"/>
      </w:docPartPr>
      <w:docPartBody>
        <w:p w:rsidR="009E15F6" w:rsidRDefault="006866CE" w:rsidP="006866CE">
          <w:pPr>
            <w:pStyle w:val="F27744AE0CD04DCFACD003573572B6EC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0EA721A7E1BA427B9C69E56F502DC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BF9AF-FCC1-4A8F-8241-B156A4F2D1D1}"/>
      </w:docPartPr>
      <w:docPartBody>
        <w:p w:rsidR="009E15F6" w:rsidRDefault="006866CE" w:rsidP="006866CE">
          <w:pPr>
            <w:pStyle w:val="0EA721A7E1BA427B9C69E56F502DCE13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9CB4EEADCDD24CA294702835B10BE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323CB-0239-4AA9-BA4B-13B5B015375B}"/>
      </w:docPartPr>
      <w:docPartBody>
        <w:p w:rsidR="009E15F6" w:rsidRDefault="006866CE" w:rsidP="006866CE">
          <w:pPr>
            <w:pStyle w:val="9CB4EEADCDD24CA294702835B10BECA9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2275F7305EB2480D8BA4F5AF13653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3F8C6-09F7-4DA6-94CD-DC5034F3AA51}"/>
      </w:docPartPr>
      <w:docPartBody>
        <w:p w:rsidR="009E15F6" w:rsidRDefault="006866CE" w:rsidP="006866CE">
          <w:pPr>
            <w:pStyle w:val="2275F7305EB2480D8BA4F5AF136539D5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474654E2653143C99F2A1D6FBACE5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F62FA-2083-494D-B72E-FF4808F85107}"/>
      </w:docPartPr>
      <w:docPartBody>
        <w:p w:rsidR="009E15F6" w:rsidRDefault="006866CE" w:rsidP="006866CE">
          <w:pPr>
            <w:pStyle w:val="474654E2653143C99F2A1D6FBACE5D03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06D7ABDC26ED499DB924D871159E1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0A034-12CE-42A7-9194-7C61CFD84917}"/>
      </w:docPartPr>
      <w:docPartBody>
        <w:p w:rsidR="009E15F6" w:rsidRDefault="006866CE" w:rsidP="006866CE">
          <w:pPr>
            <w:pStyle w:val="06D7ABDC26ED499DB924D871159E1404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579D423227614498AC878703CA789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4FE27-19BC-48E1-9FD9-59BEB0AEA850}"/>
      </w:docPartPr>
      <w:docPartBody>
        <w:p w:rsidR="009E15F6" w:rsidRDefault="006866CE" w:rsidP="006866CE">
          <w:pPr>
            <w:pStyle w:val="579D423227614498AC878703CA78969B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E1D668874A564251A7920C9BECB6C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8EF36-6DF3-49E0-A829-422A2215DA30}"/>
      </w:docPartPr>
      <w:docPartBody>
        <w:p w:rsidR="009E15F6" w:rsidRDefault="006866CE" w:rsidP="006866CE">
          <w:pPr>
            <w:pStyle w:val="E1D668874A564251A7920C9BECB6C110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E2FAC5DBAA6F4CF784735C9054A93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46BF0-BD8D-48DF-9B3F-E22A7CD04264}"/>
      </w:docPartPr>
      <w:docPartBody>
        <w:p w:rsidR="009E15F6" w:rsidRDefault="006866CE" w:rsidP="006866CE">
          <w:pPr>
            <w:pStyle w:val="E2FAC5DBAA6F4CF784735C9054A93675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6D2DF4D91AFB41AB8EC1D92BB3FD4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E2D30-F0FB-48AB-AA5C-E60F54444D05}"/>
      </w:docPartPr>
      <w:docPartBody>
        <w:p w:rsidR="009E15F6" w:rsidRDefault="006866CE" w:rsidP="006866CE">
          <w:pPr>
            <w:pStyle w:val="6D2DF4D91AFB41AB8EC1D92BB3FD4446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B214BEB9291841C799E3F1ABF8481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705E6-B179-43E3-8DE7-8792EDAD6316}"/>
      </w:docPartPr>
      <w:docPartBody>
        <w:p w:rsidR="009E15F6" w:rsidRDefault="006866CE" w:rsidP="006866CE">
          <w:pPr>
            <w:pStyle w:val="B214BEB9291841C799E3F1ABF8481D9C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418039F46B464700A1598C1F527B6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B2A20-0ABB-41B8-BCAF-810F5FF0A500}"/>
      </w:docPartPr>
      <w:docPartBody>
        <w:p w:rsidR="009E15F6" w:rsidRDefault="006866CE" w:rsidP="006866CE">
          <w:pPr>
            <w:pStyle w:val="418039F46B464700A1598C1F527B6E33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BC89F2E011D147BF8BE35CBFE8095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B96F-5257-458C-8564-525ACD094B36}"/>
      </w:docPartPr>
      <w:docPartBody>
        <w:p w:rsidR="009E15F6" w:rsidRDefault="006866CE" w:rsidP="006866CE">
          <w:pPr>
            <w:pStyle w:val="BC89F2E011D147BF8BE35CBFE8095687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48BA39F3753F46F599946B0AA24E9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1F3D2-A73D-48B3-A5D8-894F39472A80}"/>
      </w:docPartPr>
      <w:docPartBody>
        <w:p w:rsidR="009E15F6" w:rsidRDefault="006866CE" w:rsidP="006866CE">
          <w:pPr>
            <w:pStyle w:val="48BA39F3753F46F599946B0AA24E99F7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B82A44E5458D4F138919AED0E0EC0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1E100-4F57-4260-B818-911417480E0D}"/>
      </w:docPartPr>
      <w:docPartBody>
        <w:p w:rsidR="009E15F6" w:rsidRDefault="006866CE" w:rsidP="006866CE">
          <w:pPr>
            <w:pStyle w:val="B82A44E5458D4F138919AED0E0EC0D33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5AE156884CDC425083E503350A421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780D0-40C8-4E0E-A5FA-06E661DEDFA6}"/>
      </w:docPartPr>
      <w:docPartBody>
        <w:p w:rsidR="009E15F6" w:rsidRDefault="006866CE" w:rsidP="006866CE">
          <w:pPr>
            <w:pStyle w:val="5AE156884CDC425083E503350A421602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D70CAEB0BD1F4113A0EC1553DC553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75C0A-A437-4572-833E-06496EC0C16D}"/>
      </w:docPartPr>
      <w:docPartBody>
        <w:p w:rsidR="009E15F6" w:rsidRDefault="006866CE" w:rsidP="006866CE">
          <w:pPr>
            <w:pStyle w:val="D70CAEB0BD1F4113A0EC1553DC553BD8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27A4CC6203CD4827B9B8008D8BAE9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68177-7A34-42ED-87A3-27A5ED593EE4}"/>
      </w:docPartPr>
      <w:docPartBody>
        <w:p w:rsidR="009E15F6" w:rsidRDefault="006866CE" w:rsidP="006866CE">
          <w:pPr>
            <w:pStyle w:val="27A4CC6203CD4827B9B8008D8BAE9C82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8596E8A7C4B34CE88A6B49089D663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AF5E1-6706-4929-A05E-99E9F970F3AD}"/>
      </w:docPartPr>
      <w:docPartBody>
        <w:p w:rsidR="009E15F6" w:rsidRDefault="006866CE" w:rsidP="006866CE">
          <w:pPr>
            <w:pStyle w:val="8596E8A7C4B34CE88A6B49089D663EA5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3F74410D6CC44996ADB54609E3A20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B33B4-2900-4353-A6EF-CCD65E22FC4B}"/>
      </w:docPartPr>
      <w:docPartBody>
        <w:p w:rsidR="009E15F6" w:rsidRDefault="006866CE" w:rsidP="006866CE">
          <w:pPr>
            <w:pStyle w:val="3F74410D6CC44996ADB54609E3A207D2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3CCB8A1E2C0A4F969532468896565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7A37C-E74B-421D-A746-7BCB8EB11A69}"/>
      </w:docPartPr>
      <w:docPartBody>
        <w:p w:rsidR="009E15F6" w:rsidRDefault="006866CE" w:rsidP="006866CE">
          <w:pPr>
            <w:pStyle w:val="3CCB8A1E2C0A4F9695324688965653E4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80FA62F3EC114596815DFF0B67203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AFECD-9E00-46D9-BDDF-73DD1F805C1E}"/>
      </w:docPartPr>
      <w:docPartBody>
        <w:p w:rsidR="009E15F6" w:rsidRDefault="006866CE" w:rsidP="006866CE">
          <w:pPr>
            <w:pStyle w:val="80FA62F3EC114596815DFF0B67203BC4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7EA21508D28B4154999C5255A6D8F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B5EB1-54E5-4D44-9BC0-AE160498A8B1}"/>
      </w:docPartPr>
      <w:docPartBody>
        <w:p w:rsidR="009E15F6" w:rsidRDefault="006866CE" w:rsidP="006866CE">
          <w:pPr>
            <w:pStyle w:val="7EA21508D28B4154999C5255A6D8F5DD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C1B4B6D36D55446E99972A0FE8AC5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B1DDB-3EDD-43B2-8766-5C04381FDB65}"/>
      </w:docPartPr>
      <w:docPartBody>
        <w:p w:rsidR="009E15F6" w:rsidRDefault="006866CE" w:rsidP="006866CE">
          <w:pPr>
            <w:pStyle w:val="C1B4B6D36D55446E99972A0FE8AC5CDC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B2BF387D2387435198A4A76BD95D0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0C10E-280A-4004-A4B0-4BFC77E3B58A}"/>
      </w:docPartPr>
      <w:docPartBody>
        <w:p w:rsidR="009E15F6" w:rsidRDefault="006866CE" w:rsidP="006866CE">
          <w:pPr>
            <w:pStyle w:val="B2BF387D2387435198A4A76BD95D0AA5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99210451909343278A1C04086DAF4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9FF01-5AAD-475C-B4D1-ED72199DF0B6}"/>
      </w:docPartPr>
      <w:docPartBody>
        <w:p w:rsidR="009E15F6" w:rsidRDefault="006866CE" w:rsidP="006866CE">
          <w:pPr>
            <w:pStyle w:val="99210451909343278A1C04086DAF4B19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E066E66C228545709B20470900412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AEBED-C9B8-4C53-9A9A-B89922C7EF9E}"/>
      </w:docPartPr>
      <w:docPartBody>
        <w:p w:rsidR="009E15F6" w:rsidRDefault="006866CE" w:rsidP="006866CE">
          <w:pPr>
            <w:pStyle w:val="E066E66C228545709B2047090041219B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1C3818F129E349998BD8D93CF0194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58129-AB36-49A8-931E-8B7DD3F302C2}"/>
      </w:docPartPr>
      <w:docPartBody>
        <w:p w:rsidR="009E15F6" w:rsidRDefault="006866CE" w:rsidP="006866CE">
          <w:pPr>
            <w:pStyle w:val="1C3818F129E349998BD8D93CF01942CF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Enter details</w:t>
          </w:r>
        </w:p>
      </w:docPartBody>
    </w:docPart>
    <w:docPart>
      <w:docPartPr>
        <w:name w:val="0DB4DD83265C42D7A180011D1ABAE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9DA69-9087-4B86-A6E6-C3757D2321D3}"/>
      </w:docPartPr>
      <w:docPartBody>
        <w:p w:rsidR="009E15F6" w:rsidRDefault="006866CE" w:rsidP="006866CE">
          <w:pPr>
            <w:pStyle w:val="0DB4DD83265C42D7A180011D1ABAE98E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Click or tap here to enter text.</w:t>
          </w:r>
        </w:p>
      </w:docPartBody>
    </w:docPart>
    <w:docPart>
      <w:docPartPr>
        <w:name w:val="58052DC40081434EAF50F9C19BC03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44CC1-02E0-4A21-8244-C8346D29DCAE}"/>
      </w:docPartPr>
      <w:docPartBody>
        <w:p w:rsidR="009E15F6" w:rsidRDefault="006866CE" w:rsidP="006866CE">
          <w:pPr>
            <w:pStyle w:val="58052DC40081434EAF50F9C19BC03459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Click or tap here to enter text.</w:t>
          </w:r>
        </w:p>
      </w:docPartBody>
    </w:docPart>
    <w:docPart>
      <w:docPartPr>
        <w:name w:val="759109359BB8447586812563EA577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249DA-3D50-49B4-ACEC-E250BDF0EA07}"/>
      </w:docPartPr>
      <w:docPartBody>
        <w:p w:rsidR="009E15F6" w:rsidRDefault="006866CE" w:rsidP="006866CE">
          <w:pPr>
            <w:pStyle w:val="759109359BB8447586812563EA577617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Click or tap here to enter text.</w:t>
          </w:r>
        </w:p>
      </w:docPartBody>
    </w:docPart>
    <w:docPart>
      <w:docPartPr>
        <w:name w:val="17BDDFBC855441E5B9D83BC96B3F8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EAA05-081E-4E09-9987-69C0B2BC9129}"/>
      </w:docPartPr>
      <w:docPartBody>
        <w:p w:rsidR="009E15F6" w:rsidRDefault="006866CE" w:rsidP="006866CE">
          <w:pPr>
            <w:pStyle w:val="17BDDFBC855441E5B9D83BC96B3F8CD4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Click or tap here to enter text.</w:t>
          </w:r>
        </w:p>
      </w:docPartBody>
    </w:docPart>
    <w:docPart>
      <w:docPartPr>
        <w:name w:val="F3564D6823A74591A4206ADF316B0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21EFA-7300-44F4-A596-072FAAE49738}"/>
      </w:docPartPr>
      <w:docPartBody>
        <w:p w:rsidR="009E15F6" w:rsidRDefault="006866CE" w:rsidP="006866CE">
          <w:pPr>
            <w:pStyle w:val="F3564D6823A74591A4206ADF316B03A0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Click or tap here to enter text.</w:t>
          </w:r>
        </w:p>
      </w:docPartBody>
    </w:docPart>
    <w:docPart>
      <w:docPartPr>
        <w:name w:val="4C01CA0ED2D442DE90E6B0666D013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9650E-CB51-47C8-A602-1ED1026F73CA}"/>
      </w:docPartPr>
      <w:docPartBody>
        <w:p w:rsidR="009E15F6" w:rsidRDefault="006866CE" w:rsidP="006866CE">
          <w:pPr>
            <w:pStyle w:val="4C01CA0ED2D442DE90E6B0666D01319C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Click or tap here to enter text.</w:t>
          </w:r>
        </w:p>
      </w:docPartBody>
    </w:docPart>
    <w:docPart>
      <w:docPartPr>
        <w:name w:val="FA67BCCFC6DA43C68DFA54AE984D9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74299-B5F4-4B1B-9D64-F37971DBAD41}"/>
      </w:docPartPr>
      <w:docPartBody>
        <w:p w:rsidR="009E15F6" w:rsidRDefault="006866CE" w:rsidP="006866CE">
          <w:pPr>
            <w:pStyle w:val="FA67BCCFC6DA43C68DFA54AE984D9BA115"/>
          </w:pPr>
          <w:r w:rsidRPr="003078FD">
            <w:rPr>
              <w:rFonts w:asciiTheme="majorHAnsi" w:hAnsiTheme="majorHAnsi" w:cstheme="majorHAnsi"/>
              <w:color w:val="666666"/>
              <w:sz w:val="20"/>
              <w:szCs w:val="24"/>
            </w:rPr>
            <w:t>List each partner organisation and its role in the project.</w:t>
          </w:r>
        </w:p>
      </w:docPartBody>
    </w:docPart>
    <w:docPart>
      <w:docPartPr>
        <w:name w:val="5C515C25F17A42479B2895EE074EE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E58F7-3558-4094-B31C-BE579F0B7A47}"/>
      </w:docPartPr>
      <w:docPartBody>
        <w:p w:rsidR="009E15F6" w:rsidRDefault="006866CE" w:rsidP="006866CE">
          <w:pPr>
            <w:pStyle w:val="5C515C25F17A42479B2895EE074EE8DB15"/>
          </w:pPr>
          <w:r>
            <w:rPr>
              <w:rFonts w:asciiTheme="majorHAnsi" w:hAnsiTheme="majorHAnsi" w:cstheme="majorHAnsi"/>
              <w:color w:val="666666"/>
              <w:sz w:val="22"/>
              <w:szCs w:val="28"/>
            </w:rPr>
            <w:t xml:space="preserve">If necessary provide here </w:t>
          </w: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timing details.</w:t>
          </w:r>
        </w:p>
      </w:docPartBody>
    </w:docPart>
    <w:docPart>
      <w:docPartPr>
        <w:name w:val="C3E2FD08A5554ABD8CB6F2193C33A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1B1B2-8C56-4A9F-B653-A3AD66CFA1E0}"/>
      </w:docPartPr>
      <w:docPartBody>
        <w:p w:rsidR="009E15F6" w:rsidRDefault="006866CE" w:rsidP="006866CE">
          <w:pPr>
            <w:pStyle w:val="C3E2FD08A5554ABD8CB6F2193C33AB23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Summarise the problem, proposed approach, expected outputs and intended benefit.</w:t>
          </w:r>
        </w:p>
      </w:docPartBody>
    </w:docPart>
    <w:docPart>
      <w:docPartPr>
        <w:name w:val="E456EBBF72E24CBE97F1D84CB94AE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AC14C-29CF-45B4-B140-F11083CA7800}"/>
      </w:docPartPr>
      <w:docPartBody>
        <w:p w:rsidR="009E15F6" w:rsidRDefault="006866CE" w:rsidP="006866CE">
          <w:pPr>
            <w:pStyle w:val="E456EBBF72E24CBE97F1D84CB94AE92B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Describe the evidence base, research gap, objectives and original contribution.</w:t>
          </w:r>
        </w:p>
      </w:docPartBody>
    </w:docPart>
    <w:docPart>
      <w:docPartPr>
        <w:name w:val="FB0005A0EC8149D79C5C064EAF3BD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AC13C-A57E-456A-8C8E-34B9EEB6DFA4}"/>
      </w:docPartPr>
      <w:docPartBody>
        <w:p w:rsidR="009E15F6" w:rsidRDefault="006866CE" w:rsidP="006866CE">
          <w:pPr>
            <w:pStyle w:val="FB0005A0EC8149D79C5C064EAF3BD8D2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Click or tap here to enter text.</w:t>
          </w:r>
        </w:p>
      </w:docPartBody>
    </w:docPart>
    <w:docPart>
      <w:docPartPr>
        <w:name w:val="7B8B9FCA05224CC7A51A121EB624E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9AB86-18ED-42D3-9C5F-D8E762F7BD70}"/>
      </w:docPartPr>
      <w:docPartBody>
        <w:p w:rsidR="009E15F6" w:rsidRDefault="006866CE" w:rsidP="006866CE">
          <w:pPr>
            <w:pStyle w:val="7B8B9FCA05224CC7A51A121EB624EF21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Explain the relevance to ITOPF and the expected benefits, users and practical or scientific impact</w:t>
          </w:r>
          <w:r>
            <w:rPr>
              <w:rFonts w:asciiTheme="majorHAnsi" w:hAnsiTheme="majorHAnsi" w:cstheme="majorHAnsi"/>
              <w:color w:val="666666"/>
              <w:sz w:val="22"/>
              <w:szCs w:val="28"/>
            </w:rPr>
            <w:t xml:space="preserve"> </w:t>
          </w:r>
          <w:r w:rsidRPr="00B45D74">
            <w:rPr>
              <w:rFonts w:asciiTheme="majorHAnsi" w:hAnsiTheme="majorHAnsi" w:cstheme="majorHAnsi"/>
              <w:color w:val="666666"/>
              <w:sz w:val="22"/>
              <w:szCs w:val="28"/>
            </w:rPr>
            <w:t>(max 400 words)</w:t>
          </w: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.</w:t>
          </w:r>
        </w:p>
      </w:docPartBody>
    </w:docPart>
    <w:docPart>
      <w:docPartPr>
        <w:name w:val="C2FA3BF21920466286C1D1BF8C6BE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DD9FD-0276-4B87-8F44-E16EC7B1A91C}"/>
      </w:docPartPr>
      <w:docPartBody>
        <w:p w:rsidR="009E15F6" w:rsidRDefault="006866CE" w:rsidP="006866CE">
          <w:pPr>
            <w:pStyle w:val="C2FA3BF21920466286C1D1BF8C6BE1C6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Identify the organisation, relevant facilities/capability and comparable work.</w:t>
          </w:r>
        </w:p>
      </w:docPartBody>
    </w:docPart>
    <w:docPart>
      <w:docPartPr>
        <w:name w:val="E34F9925AE4B451B8A0FAC8C385A3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BC422-00B0-4A7C-ABBC-D3D9A39E695B}"/>
      </w:docPartPr>
      <w:docPartBody>
        <w:p w:rsidR="009E15F6" w:rsidRDefault="006866CE" w:rsidP="006866CE">
          <w:pPr>
            <w:pStyle w:val="E34F9925AE4B451B8A0FAC8C385A3212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Use a separate short paragraph for each applicant, beginning with the applicant's name.</w:t>
          </w:r>
        </w:p>
      </w:docPartBody>
    </w:docPart>
    <w:docPart>
      <w:docPartPr>
        <w:name w:val="91C0974A0087402F8413303FD3037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25797-609E-46A5-97F2-7C26525CB01D}"/>
      </w:docPartPr>
      <w:docPartBody>
        <w:p w:rsidR="009E15F6" w:rsidRDefault="006866CE" w:rsidP="006866CE">
          <w:pPr>
            <w:pStyle w:val="91C0974A0087402F8413303FD3037D17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Click or tap here to enter text.</w:t>
          </w:r>
        </w:p>
      </w:docPartBody>
    </w:docPart>
    <w:docPart>
      <w:docPartPr>
        <w:name w:val="DAF8C1B305F54C7F82A79E174B58D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CAFC3-E99A-4112-A373-AF1FA61B7D8C}"/>
      </w:docPartPr>
      <w:docPartBody>
        <w:p w:rsidR="009E15F6" w:rsidRDefault="006866CE" w:rsidP="006866CE">
          <w:pPr>
            <w:pStyle w:val="DAF8C1B305F54C7F82A79E174B58D3DD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Amount</w:t>
          </w:r>
        </w:p>
      </w:docPartBody>
    </w:docPart>
    <w:docPart>
      <w:docPartPr>
        <w:name w:val="293398BA7A9F4E51AD7E1CD58BAA2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993B2-BE79-41AE-A33D-BE789B86DF41}"/>
      </w:docPartPr>
      <w:docPartBody>
        <w:p w:rsidR="009E15F6" w:rsidRDefault="006866CE" w:rsidP="006866CE">
          <w:pPr>
            <w:pStyle w:val="293398BA7A9F4E51AD7E1CD58BAA2BA2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Amount</w:t>
          </w:r>
        </w:p>
      </w:docPartBody>
    </w:docPart>
    <w:docPart>
      <w:docPartPr>
        <w:name w:val="BD2F1F2462444C4486C9995970FA2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A2562-D936-46ED-96DD-1E1D239BAA39}"/>
      </w:docPartPr>
      <w:docPartBody>
        <w:p w:rsidR="009E15F6" w:rsidRDefault="006866CE" w:rsidP="006866CE">
          <w:pPr>
            <w:pStyle w:val="BD2F1F2462444C4486C9995970FA2094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Amount</w:t>
          </w:r>
        </w:p>
      </w:docPartBody>
    </w:docPart>
    <w:docPart>
      <w:docPartPr>
        <w:name w:val="00018C6EFC1C44E9B682A7A79C770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69297-DD5B-4800-A3E8-1E96F74EC6C2}"/>
      </w:docPartPr>
      <w:docPartBody>
        <w:p w:rsidR="009E15F6" w:rsidRDefault="006866CE" w:rsidP="006866CE">
          <w:pPr>
            <w:pStyle w:val="00018C6EFC1C44E9B682A7A79C770B88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Amount</w:t>
          </w:r>
        </w:p>
      </w:docPartBody>
    </w:docPart>
    <w:docPart>
      <w:docPartPr>
        <w:name w:val="AB5274FB3A0E4EDABDDF40C41BC34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C265C-533D-4F6B-88CC-23BA36D75F84}"/>
      </w:docPartPr>
      <w:docPartBody>
        <w:p w:rsidR="009E15F6" w:rsidRDefault="006866CE" w:rsidP="006866CE">
          <w:pPr>
            <w:pStyle w:val="AB5274FB3A0E4EDABDDF40C41BC34173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Amount</w:t>
          </w:r>
        </w:p>
      </w:docPartBody>
    </w:docPart>
    <w:docPart>
      <w:docPartPr>
        <w:name w:val="22E9455A6B0A409B96E908165FDB3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68AE4-324E-40FA-993E-AAED23DD282F}"/>
      </w:docPartPr>
      <w:docPartBody>
        <w:p w:rsidR="009E15F6" w:rsidRDefault="006866CE" w:rsidP="006866CE">
          <w:pPr>
            <w:pStyle w:val="22E9455A6B0A409B96E908165FDB3A9F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Amount</w:t>
          </w:r>
        </w:p>
      </w:docPartBody>
    </w:docPart>
    <w:docPart>
      <w:docPartPr>
        <w:name w:val="01228209A0FE497CA9BC41CBF0959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27318-8C91-465C-91C5-FDC06D02C957}"/>
      </w:docPartPr>
      <w:docPartBody>
        <w:p w:rsidR="009E15F6" w:rsidRDefault="006866CE" w:rsidP="006866CE">
          <w:pPr>
            <w:pStyle w:val="01228209A0FE497CA9BC41CBF0959124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Click or tap here to enter text.</w:t>
          </w:r>
        </w:p>
      </w:docPartBody>
    </w:docPart>
    <w:docPart>
      <w:docPartPr>
        <w:name w:val="AB0C53A8460141BDA02E51219DFBE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98146-27D3-4BCF-BE5C-A459C2E27520}"/>
      </w:docPartPr>
      <w:docPartBody>
        <w:p w:rsidR="009E15F6" w:rsidRDefault="006866CE" w:rsidP="006866CE">
          <w:pPr>
            <w:pStyle w:val="AB0C53A8460141BDA02E51219DFBEEDC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8E05E2B203BA46C6A408EA49F1C35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7A222-05DE-4994-9E2B-2341F66926A9}"/>
      </w:docPartPr>
      <w:docPartBody>
        <w:p w:rsidR="009E15F6" w:rsidRDefault="006866CE" w:rsidP="006866CE">
          <w:pPr>
            <w:pStyle w:val="8E05E2B203BA46C6A408EA49F1C35BE0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EC82E490A016416AA785973FE819F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3E8C-CADA-41F7-9210-CAADC8DB00B2}"/>
      </w:docPartPr>
      <w:docPartBody>
        <w:p w:rsidR="009E15F6" w:rsidRDefault="006866CE" w:rsidP="006866CE">
          <w:pPr>
            <w:pStyle w:val="EC82E490A016416AA785973FE819F2DE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9968EBAFE5964E189B395725C77C8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6DEB4-C55B-4A5C-9424-C5300D075B36}"/>
      </w:docPartPr>
      <w:docPartBody>
        <w:p w:rsidR="009E15F6" w:rsidRDefault="006866CE" w:rsidP="006866CE">
          <w:pPr>
            <w:pStyle w:val="9968EBAFE5964E189B395725C77C8B61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A3F345C9309A4C9686BC75FE2A1DA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818EC-A36D-4AE6-AAF0-92FA7F518742}"/>
      </w:docPartPr>
      <w:docPartBody>
        <w:p w:rsidR="009E15F6" w:rsidRDefault="006866CE" w:rsidP="006866CE">
          <w:pPr>
            <w:pStyle w:val="A3F345C9309A4C9686BC75FE2A1DAC69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90F2496F2ABD4D049BC9C4EE1F302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A0B29-6BCE-44F2-8791-A4B165EEF564}"/>
      </w:docPartPr>
      <w:docPartBody>
        <w:p w:rsidR="009E15F6" w:rsidRDefault="006866CE" w:rsidP="006866CE">
          <w:pPr>
            <w:pStyle w:val="90F2496F2ABD4D049BC9C4EE1F3027B3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BEA4ADB5881B4BD8BC2D28235B175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60C22-6E06-4984-A752-B2C043FCDECD}"/>
      </w:docPartPr>
      <w:docPartBody>
        <w:p w:rsidR="009E15F6" w:rsidRDefault="006866CE" w:rsidP="006866CE">
          <w:pPr>
            <w:pStyle w:val="BEA4ADB5881B4BD8BC2D28235B175239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9E58DD837FA74267BF8D9555EF9D9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91A20-D7E3-4819-B62F-9C9EBC2CC204}"/>
      </w:docPartPr>
      <w:docPartBody>
        <w:p w:rsidR="009E15F6" w:rsidRDefault="006866CE" w:rsidP="006866CE">
          <w:pPr>
            <w:pStyle w:val="9E58DD837FA74267BF8D9555EF9D9CE0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989916311CF546DB92A97E14A43DC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42D0F-7231-4559-BDCB-E115A7D37C0A}"/>
      </w:docPartPr>
      <w:docPartBody>
        <w:p w:rsidR="009E15F6" w:rsidRDefault="006866CE" w:rsidP="006866CE">
          <w:pPr>
            <w:pStyle w:val="989916311CF546DB92A97E14A43DC47D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63D9A5CCF9A647728C848CBEA8380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AD17A-4BA0-4244-9089-1863F084F6CA}"/>
      </w:docPartPr>
      <w:docPartBody>
        <w:p w:rsidR="009E15F6" w:rsidRDefault="006866CE" w:rsidP="006866CE">
          <w:pPr>
            <w:pStyle w:val="63D9A5CCF9A647728C848CBEA8380BE7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D6FAF247F5644D009FDF1F5C198FC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FB05A-B392-4E92-971B-C8B3243C010C}"/>
      </w:docPartPr>
      <w:docPartBody>
        <w:p w:rsidR="009E15F6" w:rsidRDefault="006866CE" w:rsidP="006866CE">
          <w:pPr>
            <w:pStyle w:val="D6FAF247F5644D009FDF1F5C198FC495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6454C745ACC54FDA9C6C62B3F67C6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9283A-BD33-42A8-8D81-64D1F1AD3F60}"/>
      </w:docPartPr>
      <w:docPartBody>
        <w:p w:rsidR="009E15F6" w:rsidRDefault="006866CE" w:rsidP="006866CE">
          <w:pPr>
            <w:pStyle w:val="6454C745ACC54FDA9C6C62B3F67C6C23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1A9BA306464849518BA7262BFDB78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EE291-6093-499A-8378-EFF94F941D62}"/>
      </w:docPartPr>
      <w:docPartBody>
        <w:p w:rsidR="009E15F6" w:rsidRDefault="006866CE" w:rsidP="006866CE">
          <w:pPr>
            <w:pStyle w:val="1A9BA306464849518BA7262BFDB78709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FBA588B2E4154BEE84D04EC725408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F7404-25DD-4959-819F-73A0191435A5}"/>
      </w:docPartPr>
      <w:docPartBody>
        <w:p w:rsidR="009E15F6" w:rsidRDefault="006866CE" w:rsidP="006866CE">
          <w:pPr>
            <w:pStyle w:val="FBA588B2E4154BEE84D04EC725408339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3C003FA6A83F452DAFA16CDCE320C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42AAA-FCF6-4668-8BD9-5527B31C1542}"/>
      </w:docPartPr>
      <w:docPartBody>
        <w:p w:rsidR="009E15F6" w:rsidRDefault="006866CE" w:rsidP="006866CE">
          <w:pPr>
            <w:pStyle w:val="3C003FA6A83F452DAFA16CDCE320C4C1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3478830FC17543B7B5A518E7E4F0F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8C21F-49F3-420C-A690-147081946CAC}"/>
      </w:docPartPr>
      <w:docPartBody>
        <w:p w:rsidR="009E15F6" w:rsidRDefault="006866CE" w:rsidP="006866CE">
          <w:pPr>
            <w:pStyle w:val="3478830FC17543B7B5A518E7E4F0F62E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5FBF3E31C90248158ED36D86EA1E8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A2894-BED1-4EDE-8947-C5FF553F5D8F}"/>
      </w:docPartPr>
      <w:docPartBody>
        <w:p w:rsidR="009E15F6" w:rsidRDefault="006866CE" w:rsidP="006866CE">
          <w:pPr>
            <w:pStyle w:val="5FBF3E31C90248158ED36D86EA1E82AE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E5655D0D8835486682419A5207485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FA19D-E28D-4DE0-BF84-F6E582D9C3A4}"/>
      </w:docPartPr>
      <w:docPartBody>
        <w:p w:rsidR="009E15F6" w:rsidRDefault="006866CE" w:rsidP="006866CE">
          <w:pPr>
            <w:pStyle w:val="E5655D0D8835486682419A5207485D1615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Enter</w:t>
          </w:r>
        </w:p>
      </w:docPartBody>
    </w:docPart>
    <w:docPart>
      <w:docPartPr>
        <w:name w:val="8780C6D297E248BCA25E87DE39365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DF86E-3EFA-40A7-AEC9-6F6105BFF81D}"/>
      </w:docPartPr>
      <w:docPartBody>
        <w:p w:rsidR="009E15F6" w:rsidRDefault="006866CE" w:rsidP="006866CE">
          <w:pPr>
            <w:pStyle w:val="8780C6D297E248BCA25E87DE39365FF2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Explain how the requested support relates to delivery of the work.</w:t>
          </w:r>
        </w:p>
      </w:docPartBody>
    </w:docPart>
    <w:docPart>
      <w:docPartPr>
        <w:name w:val="AEE716CC79314BFDBA84138B1AD55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04CD4-4A64-48DB-AD58-AD9FC52EA9B6}"/>
      </w:docPartPr>
      <w:docPartBody>
        <w:p w:rsidR="009E15F6" w:rsidRDefault="006866CE" w:rsidP="006866CE">
          <w:pPr>
            <w:pStyle w:val="AEE716CC79314BFDBA84138B1AD5509B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Describe the intended audiences, outputs, channels and timing.</w:t>
          </w:r>
        </w:p>
      </w:docPartBody>
    </w:docPart>
    <w:docPart>
      <w:docPartPr>
        <w:name w:val="CB2E0B1DB76240D0A686527B1F7C2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9A7E3-FF83-4322-A91F-E4988A088D71}"/>
      </w:docPartPr>
      <w:docPartBody>
        <w:p w:rsidR="009E15F6" w:rsidRDefault="006866CE" w:rsidP="006866CE">
          <w:pPr>
            <w:pStyle w:val="CB2E0B1DB76240D0A686527B1F7C29FA15"/>
          </w:pPr>
          <w:r w:rsidRPr="009116DE">
            <w:rPr>
              <w:rFonts w:asciiTheme="majorHAnsi" w:hAnsiTheme="majorHAnsi" w:cstheme="majorHAnsi"/>
              <w:color w:val="666666"/>
              <w:sz w:val="20"/>
              <w:szCs w:val="28"/>
            </w:rPr>
            <w:t>Currency</w:t>
          </w:r>
        </w:p>
      </w:docPartBody>
    </w:docPart>
    <w:docPart>
      <w:docPartPr>
        <w:name w:val="F8E71EB088BA4A889F272D74C04E2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F55BA-0868-44D0-9FE6-C8D7EAF55589}"/>
      </w:docPartPr>
      <w:docPartBody>
        <w:p w:rsidR="009E15F6" w:rsidRDefault="006866CE" w:rsidP="006866CE">
          <w:pPr>
            <w:pStyle w:val="F8E71EB088BA4A889F272D74C04E209B15"/>
          </w:pPr>
          <w:r w:rsidRPr="009116DE">
            <w:rPr>
              <w:rFonts w:asciiTheme="majorHAnsi" w:hAnsiTheme="majorHAnsi" w:cstheme="majorHAnsi"/>
              <w:color w:val="666666"/>
              <w:sz w:val="22"/>
              <w:szCs w:val="28"/>
            </w:rPr>
            <w:t>Briefly describe the other costs.</w:t>
          </w:r>
        </w:p>
      </w:docPartBody>
    </w:docPart>
    <w:docPart>
      <w:docPartPr>
        <w:name w:val="4508C9DE90D64F588D1248D1A43E5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9A82F-4403-4B9D-B882-28FB58E0D063}"/>
      </w:docPartPr>
      <w:docPartBody>
        <w:p w:rsidR="009E15F6" w:rsidRDefault="006866CE" w:rsidP="006866CE">
          <w:pPr>
            <w:pStyle w:val="4508C9DE90D64F588D1248D1A43E5C3A13"/>
          </w:pPr>
          <w:r>
            <w:rPr>
              <w:color w:val="666666"/>
              <w:sz w:val="18"/>
            </w:rPr>
            <w:t>Click or tap here to enter text.</w:t>
          </w:r>
        </w:p>
      </w:docPartBody>
    </w:docPart>
    <w:docPart>
      <w:docPartPr>
        <w:name w:val="9854537680DA4D68AEF0A9793C2DC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CF670-5E09-4681-9080-0DFBC68B9AFC}"/>
      </w:docPartPr>
      <w:docPartBody>
        <w:p w:rsidR="009E15F6" w:rsidRDefault="006866CE" w:rsidP="006866CE">
          <w:pPr>
            <w:pStyle w:val="9854537680DA4D68AEF0A9793C2DCC4D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A28AEDE3AC5246698276EB2BD5923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97390-D69C-4717-8167-554164E5645A}"/>
      </w:docPartPr>
      <w:docPartBody>
        <w:p w:rsidR="009E15F6" w:rsidRDefault="006866CE" w:rsidP="006866CE">
          <w:pPr>
            <w:pStyle w:val="A28AEDE3AC5246698276EB2BD59236E7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655C6E1D4A3F421C8A419862DEB1E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8906E-2B28-4EEB-9EE7-3C937F6E50CF}"/>
      </w:docPartPr>
      <w:docPartBody>
        <w:p w:rsidR="009E15F6" w:rsidRDefault="006866CE" w:rsidP="006866CE">
          <w:pPr>
            <w:pStyle w:val="655C6E1D4A3F421C8A419862DEB1EC77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C0262C0AE3A34D3CAD752E8ED8998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93DBB-1267-4C75-BF80-69F3558CC259}"/>
      </w:docPartPr>
      <w:docPartBody>
        <w:p w:rsidR="009E15F6" w:rsidRDefault="006866CE" w:rsidP="006866CE">
          <w:pPr>
            <w:pStyle w:val="C0262C0AE3A34D3CAD752E8ED89987D7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847B3214046941B987231F067B210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91C78-EF9E-45F9-B7B6-C0993BA9D64F}"/>
      </w:docPartPr>
      <w:docPartBody>
        <w:p w:rsidR="009E15F6" w:rsidRDefault="006866CE" w:rsidP="006866CE">
          <w:pPr>
            <w:pStyle w:val="847B3214046941B987231F067B2103EB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6521F03148774953AD290599A2A3F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E9682-CAFF-431F-B21D-5996E4156345}"/>
      </w:docPartPr>
      <w:docPartBody>
        <w:p w:rsidR="009E15F6" w:rsidRDefault="006866CE" w:rsidP="006866CE">
          <w:pPr>
            <w:pStyle w:val="6521F03148774953AD290599A2A3F2FC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8B9C3D57AFB4467FBDBC7EF0188AF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C933B-1899-4DD3-A686-D9F53F09F176}"/>
      </w:docPartPr>
      <w:docPartBody>
        <w:p w:rsidR="009E15F6" w:rsidRDefault="006866CE" w:rsidP="006866CE">
          <w:pPr>
            <w:pStyle w:val="8B9C3D57AFB4467FBDBC7EF0188AF981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B0E3C61EECF1495A99AB714C6F669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FB016-5EB5-4DD6-A2AF-C3E3C0494A24}"/>
      </w:docPartPr>
      <w:docPartBody>
        <w:p w:rsidR="009E15F6" w:rsidRDefault="006866CE" w:rsidP="006866CE">
          <w:pPr>
            <w:pStyle w:val="B0E3C61EECF1495A99AB714C6F669BB4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FB1104AD62CE4B7B8F35E33D4F7F0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539C1-42ED-45C9-B45C-EBB71549ADB5}"/>
      </w:docPartPr>
      <w:docPartBody>
        <w:p w:rsidR="009E15F6" w:rsidRDefault="006866CE" w:rsidP="006866CE">
          <w:pPr>
            <w:pStyle w:val="FB1104AD62CE4B7B8F35E33D4F7F0582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A335B03E3014433FA2920347A904A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9E484-44AD-40DA-9B55-0A9EB893AFC7}"/>
      </w:docPartPr>
      <w:docPartBody>
        <w:p w:rsidR="009E15F6" w:rsidRDefault="006866CE" w:rsidP="006866CE">
          <w:pPr>
            <w:pStyle w:val="A335B03E3014433FA2920347A904A509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5358614CF08F4380B1EA074AA9D39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E1E4B-E992-4D78-B82F-3F8F2FD9C7CF}"/>
      </w:docPartPr>
      <w:docPartBody>
        <w:p w:rsidR="009E15F6" w:rsidRDefault="006866CE" w:rsidP="006866CE">
          <w:pPr>
            <w:pStyle w:val="5358614CF08F4380B1EA074AA9D3961D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E8E1D400A53E403B865C6B58F3EF3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4711-48FF-4D93-A540-896FC09CECB9}"/>
      </w:docPartPr>
      <w:docPartBody>
        <w:p w:rsidR="009E15F6" w:rsidRDefault="006866CE" w:rsidP="006866CE">
          <w:pPr>
            <w:pStyle w:val="E8E1D400A53E403B865C6B58F3EF3E91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C2DFDB05CB6A4BA9852569EFBA577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EA8BB-F66C-4684-9487-E08CE91047EF}"/>
      </w:docPartPr>
      <w:docPartBody>
        <w:p w:rsidR="009E15F6" w:rsidRDefault="006866CE" w:rsidP="006866CE">
          <w:pPr>
            <w:pStyle w:val="C2DFDB05CB6A4BA9852569EFBA577F8C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CC31057DBD6142DB8969C3A598E39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CFA46-0949-4BF1-A5D7-6A2CB6D50FC8}"/>
      </w:docPartPr>
      <w:docPartBody>
        <w:p w:rsidR="009E15F6" w:rsidRDefault="006866CE" w:rsidP="006866CE">
          <w:pPr>
            <w:pStyle w:val="CC31057DBD6142DB8969C3A598E39BBD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D1376036BE6A40F5B007506482D59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FF7A9-ACFB-48C3-90BD-E6A8C36A84C3}"/>
      </w:docPartPr>
      <w:docPartBody>
        <w:p w:rsidR="009E15F6" w:rsidRDefault="006866CE" w:rsidP="006866CE">
          <w:pPr>
            <w:pStyle w:val="D1376036BE6A40F5B007506482D59B9F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  <w:docPart>
      <w:docPartPr>
        <w:name w:val="E9FBD0AAE2534F98AD2404B9ADFC5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8196E-8E27-4333-B354-97035159C404}"/>
      </w:docPartPr>
      <w:docPartBody>
        <w:p w:rsidR="009E15F6" w:rsidRDefault="006866CE" w:rsidP="006866CE">
          <w:pPr>
            <w:pStyle w:val="E9FBD0AAE2534F98AD2404B9ADFC59172"/>
          </w:pPr>
          <w:r w:rsidRPr="009116DE">
            <w:rPr>
              <w:rFonts w:asciiTheme="majorHAnsi" w:hAnsiTheme="majorHAnsi" w:cstheme="majorHAnsi"/>
              <w:color w:val="666666"/>
              <w:sz w:val="18"/>
              <w:szCs w:val="28"/>
            </w:rPr>
            <w:t>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CE"/>
    <w:rsid w:val="0043336B"/>
    <w:rsid w:val="006866CE"/>
    <w:rsid w:val="00863090"/>
    <w:rsid w:val="009E15F6"/>
    <w:rsid w:val="00D6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66CE"/>
    <w:rPr>
      <w:color w:val="666666"/>
    </w:rPr>
  </w:style>
  <w:style w:type="paragraph" w:customStyle="1" w:styleId="ACA667ECA91C4424AA65F6844D2AC75F15">
    <w:name w:val="ACA667ECA91C4424AA65F6844D2AC75F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A6F7E9B11B664E6CB5C4B1BEFA251B7515">
    <w:name w:val="A6F7E9B11B664E6CB5C4B1BEFA251B75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42298122C0F54B0FB01171DEE956B30215">
    <w:name w:val="42298122C0F54B0FB01171DEE956B302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3A08C3FA0CAD43789B714569646EFAB015">
    <w:name w:val="3A08C3FA0CAD43789B714569646EFAB0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C3A792AB37FA4C12A469CC1FE5B250ED15">
    <w:name w:val="C3A792AB37FA4C12A469CC1FE5B250ED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AAB1725A61BB436A8472C1C588D372C015">
    <w:name w:val="AAB1725A61BB436A8472C1C588D372C0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408E26B4DA3B43AFA0FDEEB1B9BDE44415">
    <w:name w:val="408E26B4DA3B43AFA0FDEEB1B9BDE444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09D435A3FF7048708A6FEB631E3AA13615">
    <w:name w:val="09D435A3FF7048708A6FEB631E3AA136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937B074CF40F47FE98ACDF4610757FA015">
    <w:name w:val="937B074CF40F47FE98ACDF4610757FA0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F27744AE0CD04DCFACD003573572B6EC15">
    <w:name w:val="F27744AE0CD04DCFACD003573572B6EC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0EA721A7E1BA427B9C69E56F502DCE1315">
    <w:name w:val="0EA721A7E1BA427B9C69E56F502DCE13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9CB4EEADCDD24CA294702835B10BECA915">
    <w:name w:val="9CB4EEADCDD24CA294702835B10BECA9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2275F7305EB2480D8BA4F5AF136539D515">
    <w:name w:val="2275F7305EB2480D8BA4F5AF136539D5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474654E2653143C99F2A1D6FBACE5D0315">
    <w:name w:val="474654E2653143C99F2A1D6FBACE5D03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06D7ABDC26ED499DB924D871159E140415">
    <w:name w:val="06D7ABDC26ED499DB924D871159E1404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579D423227614498AC878703CA78969B15">
    <w:name w:val="579D423227614498AC878703CA78969B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E1D668874A564251A7920C9BECB6C11015">
    <w:name w:val="E1D668874A564251A7920C9BECB6C110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E2FAC5DBAA6F4CF784735C9054A9367515">
    <w:name w:val="E2FAC5DBAA6F4CF784735C9054A93675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6D2DF4D91AFB41AB8EC1D92BB3FD444615">
    <w:name w:val="6D2DF4D91AFB41AB8EC1D92BB3FD4446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B214BEB9291841C799E3F1ABF8481D9C15">
    <w:name w:val="B214BEB9291841C799E3F1ABF8481D9C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418039F46B464700A1598C1F527B6E3315">
    <w:name w:val="418039F46B464700A1598C1F527B6E33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BC89F2E011D147BF8BE35CBFE809568715">
    <w:name w:val="BC89F2E011D147BF8BE35CBFE8095687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48BA39F3753F46F599946B0AA24E99F715">
    <w:name w:val="48BA39F3753F46F599946B0AA24E99F7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B82A44E5458D4F138919AED0E0EC0D3315">
    <w:name w:val="B82A44E5458D4F138919AED0E0EC0D33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5AE156884CDC425083E503350A42160215">
    <w:name w:val="5AE156884CDC425083E503350A421602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D70CAEB0BD1F4113A0EC1553DC553BD815">
    <w:name w:val="D70CAEB0BD1F4113A0EC1553DC553BD8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27A4CC6203CD4827B9B8008D8BAE9C8215">
    <w:name w:val="27A4CC6203CD4827B9B8008D8BAE9C82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8596E8A7C4B34CE88A6B49089D663EA515">
    <w:name w:val="8596E8A7C4B34CE88A6B49089D663EA5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3F74410D6CC44996ADB54609E3A207D215">
    <w:name w:val="3F74410D6CC44996ADB54609E3A207D2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3CCB8A1E2C0A4F9695324688965653E415">
    <w:name w:val="3CCB8A1E2C0A4F9695324688965653E4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80FA62F3EC114596815DFF0B67203BC415">
    <w:name w:val="80FA62F3EC114596815DFF0B67203BC4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7EA21508D28B4154999C5255A6D8F5DD15">
    <w:name w:val="7EA21508D28B4154999C5255A6D8F5DD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C1B4B6D36D55446E99972A0FE8AC5CDC15">
    <w:name w:val="C1B4B6D36D55446E99972A0FE8AC5CDC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B2BF387D2387435198A4A76BD95D0AA515">
    <w:name w:val="B2BF387D2387435198A4A76BD95D0AA5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99210451909343278A1C04086DAF4B1915">
    <w:name w:val="99210451909343278A1C04086DAF4B19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E066E66C228545709B2047090041219B15">
    <w:name w:val="E066E66C228545709B2047090041219B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1C3818F129E349998BD8D93CF01942CF15">
    <w:name w:val="1C3818F129E349998BD8D93CF01942CF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0DB4DD83265C42D7A180011D1ABAE98E15">
    <w:name w:val="0DB4DD83265C42D7A180011D1ABAE98E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58052DC40081434EAF50F9C19BC0345915">
    <w:name w:val="58052DC40081434EAF50F9C19BC03459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759109359BB8447586812563EA57761715">
    <w:name w:val="759109359BB8447586812563EA577617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17BDDFBC855441E5B9D83BC96B3F8CD415">
    <w:name w:val="17BDDFBC855441E5B9D83BC96B3F8CD4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F3564D6823A74591A4206ADF316B03A015">
    <w:name w:val="F3564D6823A74591A4206ADF316B03A0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4C01CA0ED2D442DE90E6B0666D01319C15">
    <w:name w:val="4C01CA0ED2D442DE90E6B0666D01319C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4508C9DE90D64F588D1248D1A43E5C3A13">
    <w:name w:val="4508C9DE90D64F588D1248D1A43E5C3A13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FA67BCCFC6DA43C68DFA54AE984D9BA115">
    <w:name w:val="FA67BCCFC6DA43C68DFA54AE984D9BA1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5C515C25F17A42479B2895EE074EE8DB15">
    <w:name w:val="5C515C25F17A42479B2895EE074EE8DB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C3E2FD08A5554ABD8CB6F2193C33AB2315">
    <w:name w:val="C3E2FD08A5554ABD8CB6F2193C33AB23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E456EBBF72E24CBE97F1D84CB94AE92B15">
    <w:name w:val="E456EBBF72E24CBE97F1D84CB94AE92B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FB0005A0EC8149D79C5C064EAF3BD8D215">
    <w:name w:val="FB0005A0EC8149D79C5C064EAF3BD8D2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7B8B9FCA05224CC7A51A121EB624EF2115">
    <w:name w:val="7B8B9FCA05224CC7A51A121EB624EF21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C2FA3BF21920466286C1D1BF8C6BE1C615">
    <w:name w:val="C2FA3BF21920466286C1D1BF8C6BE1C6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E34F9925AE4B451B8A0FAC8C385A321215">
    <w:name w:val="E34F9925AE4B451B8A0FAC8C385A3212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91C0974A0087402F8413303FD3037D1715">
    <w:name w:val="91C0974A0087402F8413303FD3037D17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DAF8C1B305F54C7F82A79E174B58D3DD15">
    <w:name w:val="DAF8C1B305F54C7F82A79E174B58D3DD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293398BA7A9F4E51AD7E1CD58BAA2BA215">
    <w:name w:val="293398BA7A9F4E51AD7E1CD58BAA2BA2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BD2F1F2462444C4486C9995970FA209415">
    <w:name w:val="BD2F1F2462444C4486C9995970FA2094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00018C6EFC1C44E9B682A7A79C770B8815">
    <w:name w:val="00018C6EFC1C44E9B682A7A79C770B88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AB5274FB3A0E4EDABDDF40C41BC3417315">
    <w:name w:val="AB5274FB3A0E4EDABDDF40C41BC34173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22E9455A6B0A409B96E908165FDB3A9F15">
    <w:name w:val="22E9455A6B0A409B96E908165FDB3A9F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01228209A0FE497CA9BC41CBF095912415">
    <w:name w:val="01228209A0FE497CA9BC41CBF0959124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AB0C53A8460141BDA02E51219DFBEEDC15">
    <w:name w:val="AB0C53A8460141BDA02E51219DFBEEDC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8E05E2B203BA46C6A408EA49F1C35BE015">
    <w:name w:val="8E05E2B203BA46C6A408EA49F1C35BE0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EC82E490A016416AA785973FE819F2DE15">
    <w:name w:val="EC82E490A016416AA785973FE819F2DE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9968EBAFE5964E189B395725C77C8B6115">
    <w:name w:val="9968EBAFE5964E189B395725C77C8B61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A3F345C9309A4C9686BC75FE2A1DAC6915">
    <w:name w:val="A3F345C9309A4C9686BC75FE2A1DAC69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90F2496F2ABD4D049BC9C4EE1F3027B315">
    <w:name w:val="90F2496F2ABD4D049BC9C4EE1F3027B3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BEA4ADB5881B4BD8BC2D28235B17523915">
    <w:name w:val="BEA4ADB5881B4BD8BC2D28235B175239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9E58DD837FA74267BF8D9555EF9D9CE015">
    <w:name w:val="9E58DD837FA74267BF8D9555EF9D9CE0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989916311CF546DB92A97E14A43DC47D15">
    <w:name w:val="989916311CF546DB92A97E14A43DC47D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63D9A5CCF9A647728C848CBEA8380BE715">
    <w:name w:val="63D9A5CCF9A647728C848CBEA8380BE7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D6FAF247F5644D009FDF1F5C198FC49515">
    <w:name w:val="D6FAF247F5644D009FDF1F5C198FC495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6454C745ACC54FDA9C6C62B3F67C6C2315">
    <w:name w:val="6454C745ACC54FDA9C6C62B3F67C6C23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1A9BA306464849518BA7262BFDB7870915">
    <w:name w:val="1A9BA306464849518BA7262BFDB78709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FBA588B2E4154BEE84D04EC72540833915">
    <w:name w:val="FBA588B2E4154BEE84D04EC725408339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3C003FA6A83F452DAFA16CDCE320C4C115">
    <w:name w:val="3C003FA6A83F452DAFA16CDCE320C4C1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3478830FC17543B7B5A518E7E4F0F62E15">
    <w:name w:val="3478830FC17543B7B5A518E7E4F0F62E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5FBF3E31C90248158ED36D86EA1E82AE15">
    <w:name w:val="5FBF3E31C90248158ED36D86EA1E82AE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E5655D0D8835486682419A5207485D1615">
    <w:name w:val="E5655D0D8835486682419A5207485D16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8780C6D297E248BCA25E87DE39365FF215">
    <w:name w:val="8780C6D297E248BCA25E87DE39365FF2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AEE716CC79314BFDBA84138B1AD5509B15">
    <w:name w:val="AEE716CC79314BFDBA84138B1AD5509B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CB2E0B1DB76240D0A686527B1F7C29FA15">
    <w:name w:val="CB2E0B1DB76240D0A686527B1F7C29FA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9854537680DA4D68AEF0A9793C2DCC4D2">
    <w:name w:val="9854537680DA4D68AEF0A9793C2DCC4D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A28AEDE3AC5246698276EB2BD59236E72">
    <w:name w:val="A28AEDE3AC5246698276EB2BD59236E7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655C6E1D4A3F421C8A419862DEB1EC772">
    <w:name w:val="655C6E1D4A3F421C8A419862DEB1EC77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C0262C0AE3A34D3CAD752E8ED89987D72">
    <w:name w:val="C0262C0AE3A34D3CAD752E8ED89987D7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847B3214046941B987231F067B2103EB2">
    <w:name w:val="847B3214046941B987231F067B2103EB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6521F03148774953AD290599A2A3F2FC2">
    <w:name w:val="6521F03148774953AD290599A2A3F2FC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8B9C3D57AFB4467FBDBC7EF0188AF9812">
    <w:name w:val="8B9C3D57AFB4467FBDBC7EF0188AF981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B0E3C61EECF1495A99AB714C6F669BB42">
    <w:name w:val="B0E3C61EECF1495A99AB714C6F669BB4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FB1104AD62CE4B7B8F35E33D4F7F05822">
    <w:name w:val="FB1104AD62CE4B7B8F35E33D4F7F0582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A335B03E3014433FA2920347A904A5092">
    <w:name w:val="A335B03E3014433FA2920347A904A509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5358614CF08F4380B1EA074AA9D3961D2">
    <w:name w:val="5358614CF08F4380B1EA074AA9D3961D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E8E1D400A53E403B865C6B58F3EF3E912">
    <w:name w:val="E8E1D400A53E403B865C6B58F3EF3E91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C2DFDB05CB6A4BA9852569EFBA577F8C2">
    <w:name w:val="C2DFDB05CB6A4BA9852569EFBA577F8C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CC31057DBD6142DB8969C3A598E39BBD2">
    <w:name w:val="CC31057DBD6142DB8969C3A598E39BBD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D1376036BE6A40F5B007506482D59B9F2">
    <w:name w:val="D1376036BE6A40F5B007506482D59B9F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E9FBD0AAE2534F98AD2404B9ADFC59172">
    <w:name w:val="E9FBD0AAE2534F98AD2404B9ADFC59172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  <w:style w:type="paragraph" w:customStyle="1" w:styleId="F8E71EB088BA4A889F272D74C04E209B15">
    <w:name w:val="F8E71EB088BA4A889F272D74C04E209B15"/>
    <w:rsid w:val="006866CE"/>
    <w:pPr>
      <w:spacing w:after="80" w:line="252" w:lineRule="auto"/>
    </w:pPr>
    <w:rPr>
      <w:rFonts w:ascii="Arial" w:hAnsi="Arial"/>
      <w:kern w:val="0"/>
      <w:sz w:val="19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ITOPF R&amp;D Award Application Form</vt:lpstr>
    </vt:vector>
  </TitlesOfParts>
  <Manager/>
  <Company/>
  <LinksUpToDate>false</LinksUpToDate>
  <CharactersWithSpaces>6265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ITOPF R&amp;D Award Application Form</dc:title>
  <dc:subject>Protected fillable application form for applicant and reviewer allocation workflows</dc:subject>
  <dc:creator>ITOPF</dc:creator>
  <cp:keywords/>
  <dc:description>RDA2026-v2.0; semantic content-control tags; locked controls; fillable fields only; fixed wording and layout.</dc:description>
  <cp:lastModifiedBy>Duarte Soares</cp:lastModifiedBy>
  <cp:revision>4</cp:revision>
  <dcterms:created xsi:type="dcterms:W3CDTF">2026-08-31T00:35:00Z</dcterms:created>
  <dcterms:modified xsi:type="dcterms:W3CDTF">2026-08-31T00:40:00Z</dcterms:modified>
  <cp:category/>
</cp:coreProperties>
</file>